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D15B79" w14:textId="5350B22C" w:rsidR="00A02786" w:rsidRPr="00DE19D6" w:rsidRDefault="00DE19D6" w:rsidP="00DE19D6">
      <w:pPr>
        <w:autoSpaceDE w:val="0"/>
        <w:autoSpaceDN w:val="0"/>
        <w:spacing w:after="70" w:line="220" w:lineRule="exact"/>
        <w:jc w:val="center"/>
        <w:rPr>
          <w:lang w:val="ru-RU"/>
        </w:rPr>
      </w:pPr>
      <w:r>
        <w:rPr>
          <w:lang w:val="ru-RU"/>
        </w:rPr>
        <w:t>НА БЛАНКЕ ПРЕДПРИЯТИЯ</w:t>
      </w:r>
      <w:r w:rsidR="00E16FB2">
        <w:rPr>
          <w:lang w:val="ru-RU"/>
        </w:rPr>
        <w:t>!!!</w:t>
      </w:r>
      <w:bookmarkStart w:id="0" w:name="_GoBack"/>
      <w:bookmarkEnd w:id="0"/>
    </w:p>
    <w:p w14:paraId="79AEF3F1" w14:textId="77777777" w:rsidR="00A02786" w:rsidRPr="007C4F7F" w:rsidRDefault="00B84484" w:rsidP="007C4F7F">
      <w:pPr>
        <w:autoSpaceDE w:val="0"/>
        <w:autoSpaceDN w:val="0"/>
        <w:spacing w:before="250" w:after="0" w:line="245" w:lineRule="auto"/>
        <w:ind w:left="142" w:right="102"/>
        <w:jc w:val="center"/>
        <w:rPr>
          <w:sz w:val="28"/>
          <w:szCs w:val="28"/>
          <w:lang w:val="ru-RU"/>
        </w:rPr>
      </w:pPr>
      <w:r w:rsidRPr="007C4F7F">
        <w:rPr>
          <w:rFonts w:ascii="TimesNewRoman,Bold" w:eastAsia="TimesNewRoman,Bold" w:hAnsi="TimesNewRoman,Bold"/>
          <w:color w:val="000000"/>
          <w:sz w:val="28"/>
          <w:szCs w:val="28"/>
          <w:lang w:val="ru-RU"/>
        </w:rPr>
        <w:t xml:space="preserve">СВЕДЕНИЯ </w:t>
      </w:r>
      <w:r w:rsidRPr="007C4F7F">
        <w:rPr>
          <w:sz w:val="28"/>
          <w:szCs w:val="28"/>
          <w:lang w:val="ru-RU"/>
        </w:rPr>
        <w:br/>
      </w:r>
      <w:r w:rsidRPr="007C4F7F">
        <w:rPr>
          <w:rFonts w:ascii="TimesNewRoman,Bold" w:eastAsia="TimesNewRoman,Bold" w:hAnsi="TimesNewRoman,Bold"/>
          <w:color w:val="000000"/>
          <w:sz w:val="28"/>
          <w:szCs w:val="28"/>
          <w:lang w:val="ru-RU"/>
        </w:rPr>
        <w:t>об организации эксплуатации теплоустановки и (или) тепловой сети</w:t>
      </w:r>
      <w:r w:rsidRPr="007C4F7F">
        <w:rPr>
          <w:rFonts w:ascii="TimesNewRoman,Bold" w:eastAsia="TimesNewRoman,Bold" w:hAnsi="TimesNewRoman,Bold"/>
          <w:color w:val="000000"/>
          <w:sz w:val="28"/>
          <w:szCs w:val="28"/>
          <w:vertAlign w:val="superscript"/>
          <w:lang w:val="ru-RU"/>
        </w:rPr>
        <w:t>1</w:t>
      </w:r>
    </w:p>
    <w:p w14:paraId="47D14D3A" w14:textId="77777777" w:rsidR="00A02786" w:rsidRPr="007C4F7F" w:rsidRDefault="00B84484">
      <w:pPr>
        <w:tabs>
          <w:tab w:val="left" w:pos="596"/>
          <w:tab w:val="left" w:pos="884"/>
          <w:tab w:val="left" w:pos="1106"/>
          <w:tab w:val="left" w:pos="3072"/>
          <w:tab w:val="left" w:pos="6462"/>
        </w:tabs>
        <w:autoSpaceDE w:val="0"/>
        <w:autoSpaceDN w:val="0"/>
        <w:spacing w:before="284" w:after="0" w:line="245" w:lineRule="auto"/>
        <w:ind w:left="30"/>
        <w:rPr>
          <w:lang w:val="ru-RU"/>
        </w:rPr>
      </w:pPr>
      <w:r w:rsidRPr="007C4F7F">
        <w:rPr>
          <w:rFonts w:ascii="TimesNewRoman" w:eastAsia="TimesNewRoman" w:hAnsi="TimesNewRoman"/>
          <w:color w:val="000000"/>
          <w:sz w:val="28"/>
          <w:lang w:val="ru-RU"/>
        </w:rPr>
        <w:t xml:space="preserve">1. Лицом, ответственным за тепловое хозяйство </w:t>
      </w:r>
      <w:r w:rsidRPr="007C4F7F">
        <w:rPr>
          <w:rFonts w:ascii="TimesNewRoman" w:eastAsia="TimesNewRoman" w:hAnsi="TimesNewRoman"/>
          <w:color w:val="000000"/>
          <w:sz w:val="24"/>
          <w:lang w:val="ru-RU"/>
        </w:rPr>
        <w:t>___________</w:t>
      </w:r>
      <w:r w:rsidR="007C4F7F">
        <w:rPr>
          <w:rFonts w:ascii="TimesNewRoman" w:eastAsia="TimesNewRoman" w:hAnsi="TimesNewRoman"/>
          <w:color w:val="000000"/>
          <w:sz w:val="24"/>
          <w:lang w:val="ru-RU"/>
        </w:rPr>
        <w:t>___</w:t>
      </w:r>
      <w:r w:rsidRPr="007C4F7F">
        <w:rPr>
          <w:rFonts w:ascii="TimesNewRoman" w:eastAsia="TimesNewRoman" w:hAnsi="TimesNewRoman"/>
          <w:color w:val="000000"/>
          <w:sz w:val="24"/>
          <w:lang w:val="ru-RU"/>
        </w:rPr>
        <w:t xml:space="preserve">______________ </w:t>
      </w:r>
      <w:r w:rsidRPr="007C4F7F">
        <w:rPr>
          <w:lang w:val="ru-RU"/>
        </w:rPr>
        <w:tab/>
      </w:r>
      <w:r w:rsidRPr="007C4F7F">
        <w:rPr>
          <w:lang w:val="ru-RU"/>
        </w:rPr>
        <w:tab/>
      </w:r>
      <w:r w:rsidRPr="007C4F7F">
        <w:rPr>
          <w:lang w:val="ru-RU"/>
        </w:rPr>
        <w:tab/>
      </w:r>
      <w:r w:rsidRPr="007C4F7F">
        <w:rPr>
          <w:lang w:val="ru-RU"/>
        </w:rPr>
        <w:tab/>
      </w:r>
      <w:r w:rsidRPr="007C4F7F">
        <w:rPr>
          <w:lang w:val="ru-RU"/>
        </w:rPr>
        <w:tab/>
      </w:r>
      <w:r w:rsidR="007C4F7F">
        <w:rPr>
          <w:lang w:val="ru-RU"/>
        </w:rPr>
        <w:t xml:space="preserve">                                                                         </w:t>
      </w:r>
      <w:r w:rsidRPr="007C4F7F">
        <w:rPr>
          <w:rFonts w:ascii="TimesNewRoman" w:eastAsia="TimesNewRoman" w:hAnsi="TimesNewRoman"/>
          <w:color w:val="000000"/>
          <w:sz w:val="20"/>
          <w:lang w:val="ru-RU"/>
        </w:rPr>
        <w:t xml:space="preserve">(наименование и место </w:t>
      </w:r>
      <w:r w:rsidRPr="007C4F7F">
        <w:rPr>
          <w:lang w:val="ru-RU"/>
        </w:rPr>
        <w:br/>
      </w:r>
      <w:r w:rsidRPr="007C4F7F">
        <w:rPr>
          <w:rFonts w:ascii="TimesNewRoman" w:eastAsia="TimesNewRoman" w:hAnsi="TimesNewRoman"/>
          <w:color w:val="000000"/>
          <w:sz w:val="24"/>
          <w:lang w:val="ru-RU"/>
        </w:rPr>
        <w:t>____________________________________________________________________________</w:t>
      </w:r>
      <w:r w:rsidR="007C4F7F">
        <w:rPr>
          <w:rFonts w:ascii="TimesNewRoman" w:eastAsia="TimesNewRoman" w:hAnsi="TimesNewRoman"/>
          <w:color w:val="000000"/>
          <w:sz w:val="24"/>
          <w:lang w:val="ru-RU"/>
        </w:rPr>
        <w:t xml:space="preserve"> </w:t>
      </w:r>
      <w:r w:rsidRPr="007C4F7F">
        <w:rPr>
          <w:rFonts w:ascii="TimesNewRoman" w:eastAsia="TimesNewRoman" w:hAnsi="TimesNewRoman"/>
          <w:color w:val="000000"/>
          <w:sz w:val="24"/>
          <w:lang w:val="ru-RU"/>
        </w:rPr>
        <w:t xml:space="preserve">, </w:t>
      </w:r>
      <w:r w:rsidR="007C4F7F">
        <w:rPr>
          <w:lang w:val="ru-RU"/>
        </w:rPr>
        <w:tab/>
      </w:r>
      <w:r w:rsidRPr="007C4F7F">
        <w:rPr>
          <w:rFonts w:ascii="TimesNewRoman" w:eastAsia="TimesNewRoman" w:hAnsi="TimesNewRoman"/>
          <w:color w:val="000000"/>
          <w:sz w:val="20"/>
          <w:lang w:val="ru-RU"/>
        </w:rPr>
        <w:t xml:space="preserve">нахождения объекта теплоснабжения) </w:t>
      </w:r>
      <w:r w:rsidRPr="007C4F7F">
        <w:rPr>
          <w:lang w:val="ru-RU"/>
        </w:rPr>
        <w:br/>
      </w:r>
      <w:r w:rsidR="007C4F7F" w:rsidRPr="007C4F7F">
        <w:rPr>
          <w:rFonts w:ascii="TimesNewRoman" w:eastAsia="TimesNewRoman" w:hAnsi="TimesNewRoman"/>
          <w:color w:val="000000"/>
          <w:sz w:val="28"/>
          <w:lang w:val="ru-RU"/>
        </w:rPr>
        <w:t>______________</w:t>
      </w:r>
      <w:r w:rsidR="007C4F7F">
        <w:rPr>
          <w:rFonts w:ascii="TimesNewRoman" w:eastAsia="TimesNewRoman" w:hAnsi="TimesNewRoman"/>
          <w:color w:val="000000"/>
          <w:sz w:val="28"/>
          <w:lang w:val="ru-RU"/>
        </w:rPr>
        <w:t>__</w:t>
      </w:r>
      <w:r w:rsidRPr="007C4F7F">
        <w:rPr>
          <w:rFonts w:ascii="TimesNewRoman" w:eastAsia="TimesNewRoman" w:hAnsi="TimesNewRoman"/>
          <w:color w:val="000000"/>
          <w:sz w:val="28"/>
          <w:lang w:val="ru-RU"/>
        </w:rPr>
        <w:t>_______ от __</w:t>
      </w:r>
      <w:r w:rsidR="007C4F7F" w:rsidRPr="007C4F7F">
        <w:rPr>
          <w:rFonts w:ascii="TimesNewRoman" w:eastAsia="TimesNewRoman" w:hAnsi="TimesNewRoman"/>
          <w:color w:val="000000"/>
          <w:sz w:val="28"/>
          <w:lang w:val="ru-RU"/>
        </w:rPr>
        <w:t>_</w:t>
      </w:r>
      <w:r w:rsidRPr="007C4F7F">
        <w:rPr>
          <w:rFonts w:ascii="TimesNewRoman" w:eastAsia="TimesNewRoman" w:hAnsi="TimesNewRoman"/>
          <w:color w:val="000000"/>
          <w:sz w:val="28"/>
          <w:lang w:val="ru-RU"/>
        </w:rPr>
        <w:t>_</w:t>
      </w:r>
      <w:r w:rsidR="007C4F7F" w:rsidRPr="007C4F7F">
        <w:rPr>
          <w:rFonts w:ascii="TimesNewRoman" w:eastAsia="TimesNewRoman" w:hAnsi="TimesNewRoman"/>
          <w:color w:val="000000"/>
          <w:sz w:val="28"/>
          <w:lang w:val="ru-RU"/>
        </w:rPr>
        <w:t xml:space="preserve">  </w:t>
      </w:r>
      <w:r w:rsidRPr="007C4F7F">
        <w:rPr>
          <w:rFonts w:ascii="TimesNewRoman" w:eastAsia="TimesNewRoman" w:hAnsi="TimesNewRoman"/>
          <w:color w:val="000000"/>
          <w:sz w:val="28"/>
          <w:lang w:val="ru-RU"/>
        </w:rPr>
        <w:t xml:space="preserve"> ___</w:t>
      </w:r>
      <w:r w:rsidR="007C4F7F" w:rsidRPr="007C4F7F">
        <w:rPr>
          <w:rFonts w:ascii="TimesNewRoman" w:eastAsia="TimesNewRoman" w:hAnsi="TimesNewRoman"/>
          <w:color w:val="000000"/>
          <w:sz w:val="28"/>
          <w:lang w:val="ru-RU"/>
        </w:rPr>
        <w:t>_</w:t>
      </w:r>
      <w:r w:rsidRPr="007C4F7F">
        <w:rPr>
          <w:rFonts w:ascii="TimesNewRoman" w:eastAsia="TimesNewRoman" w:hAnsi="TimesNewRoman"/>
          <w:color w:val="000000"/>
          <w:sz w:val="28"/>
          <w:lang w:val="ru-RU"/>
        </w:rPr>
        <w:t xml:space="preserve">_______ 20___ г. № ______ назначен </w:t>
      </w:r>
      <w:r w:rsidRPr="007C4F7F">
        <w:rPr>
          <w:lang w:val="ru-RU"/>
        </w:rPr>
        <w:tab/>
      </w:r>
      <w:r w:rsidRPr="007C4F7F">
        <w:rPr>
          <w:rFonts w:ascii="TimesNewRoman" w:eastAsia="TimesNewRoman" w:hAnsi="TimesNewRoman"/>
          <w:color w:val="000000"/>
          <w:sz w:val="20"/>
          <w:lang w:val="ru-RU"/>
        </w:rPr>
        <w:t xml:space="preserve">(приказом, распоряжением) </w:t>
      </w:r>
      <w:r w:rsidRPr="007C4F7F">
        <w:rPr>
          <w:lang w:val="ru-RU"/>
        </w:rPr>
        <w:br/>
      </w:r>
      <w:r w:rsidRPr="007C4F7F">
        <w:rPr>
          <w:rFonts w:ascii="TimesNewRoman" w:eastAsia="TimesNewRoman" w:hAnsi="TimesNewRoman"/>
          <w:color w:val="000000"/>
          <w:sz w:val="24"/>
          <w:lang w:val="ru-RU"/>
        </w:rPr>
        <w:t xml:space="preserve">____________________________________________________________________________, </w:t>
      </w:r>
      <w:r w:rsidRPr="007C4F7F">
        <w:rPr>
          <w:lang w:val="ru-RU"/>
        </w:rPr>
        <w:tab/>
      </w:r>
      <w:r w:rsidRPr="007C4F7F">
        <w:rPr>
          <w:lang w:val="ru-RU"/>
        </w:rPr>
        <w:tab/>
      </w:r>
      <w:r w:rsidRPr="007C4F7F">
        <w:rPr>
          <w:lang w:val="ru-RU"/>
        </w:rPr>
        <w:tab/>
      </w:r>
      <w:r w:rsidRPr="007C4F7F">
        <w:rPr>
          <w:rFonts w:ascii="TimesNewRoman" w:eastAsia="TimesNewRoman" w:hAnsi="TimesNewRoman"/>
          <w:color w:val="000000"/>
          <w:sz w:val="20"/>
          <w:lang w:val="ru-RU"/>
        </w:rPr>
        <w:t xml:space="preserve">(должность служащего, фамилия, собственное имя, отчество (если таковое имеется) </w:t>
      </w:r>
      <w:r w:rsidRPr="007C4F7F">
        <w:rPr>
          <w:lang w:val="ru-RU"/>
        </w:rPr>
        <w:br/>
      </w:r>
      <w:r w:rsidRPr="007C4F7F">
        <w:rPr>
          <w:rFonts w:ascii="TimesNewRoman" w:eastAsia="TimesNewRoman" w:hAnsi="TimesNewRoman"/>
          <w:color w:val="000000"/>
          <w:sz w:val="28"/>
          <w:lang w:val="ru-RU"/>
        </w:rPr>
        <w:t xml:space="preserve">прошедший проверку знаний в объеме требований нормативных правовых актов, в том числе технических нормативных правовых актов, локальных правовых актов, соблюдение которых входит в его обязанности (далее – проверка знаний), ____________. </w:t>
      </w:r>
    </w:p>
    <w:p w14:paraId="438C7A78" w14:textId="77777777" w:rsidR="00A02786" w:rsidRPr="007C4F7F" w:rsidRDefault="007C4F7F" w:rsidP="007C4F7F">
      <w:pPr>
        <w:autoSpaceDE w:val="0"/>
        <w:autoSpaceDN w:val="0"/>
        <w:spacing w:before="10" w:after="0" w:line="228" w:lineRule="auto"/>
        <w:ind w:right="740"/>
        <w:rPr>
          <w:lang w:val="ru-RU"/>
        </w:rPr>
      </w:pPr>
      <w:r>
        <w:rPr>
          <w:rFonts w:ascii="TimesNewRoman" w:eastAsia="TimesNewRoman" w:hAnsi="TimesNewRoman"/>
          <w:color w:val="000000"/>
          <w:sz w:val="20"/>
          <w:lang w:val="ru-RU"/>
        </w:rPr>
        <w:t xml:space="preserve">                                                       </w:t>
      </w:r>
      <w:r w:rsidR="00B84484" w:rsidRPr="007C4F7F">
        <w:rPr>
          <w:rFonts w:ascii="TimesNewRoman" w:eastAsia="TimesNewRoman" w:hAnsi="TimesNewRoman"/>
          <w:color w:val="000000"/>
          <w:sz w:val="20"/>
          <w:lang w:val="ru-RU"/>
        </w:rPr>
        <w:t xml:space="preserve">(дата) </w:t>
      </w:r>
    </w:p>
    <w:p w14:paraId="7F43239C" w14:textId="77777777" w:rsidR="00A02786" w:rsidRPr="007C4F7F" w:rsidRDefault="00B84484" w:rsidP="007C4F7F">
      <w:pPr>
        <w:autoSpaceDE w:val="0"/>
        <w:autoSpaceDN w:val="0"/>
        <w:spacing w:before="162" w:after="0" w:line="230" w:lineRule="auto"/>
        <w:ind w:left="596"/>
        <w:rPr>
          <w:lang w:val="ru-RU"/>
        </w:rPr>
      </w:pPr>
      <w:r w:rsidRPr="007C4F7F">
        <w:rPr>
          <w:rFonts w:ascii="TimesNewRoman" w:eastAsia="TimesNewRoman" w:hAnsi="TimesNewRoman"/>
          <w:color w:val="000000"/>
          <w:sz w:val="28"/>
          <w:lang w:val="ru-RU"/>
        </w:rPr>
        <w:t xml:space="preserve">2. Информация о наличии подготовленного обслуживающего персонала: </w:t>
      </w:r>
    </w:p>
    <w:tbl>
      <w:tblPr>
        <w:tblW w:w="0" w:type="auto"/>
        <w:tblInd w:w="23" w:type="dxa"/>
        <w:tblLayout w:type="fixed"/>
        <w:tblLook w:val="04A0" w:firstRow="1" w:lastRow="0" w:firstColumn="1" w:lastColumn="0" w:noHBand="0" w:noVBand="1"/>
      </w:tblPr>
      <w:tblGrid>
        <w:gridCol w:w="541"/>
        <w:gridCol w:w="4308"/>
        <w:gridCol w:w="2516"/>
        <w:gridCol w:w="2013"/>
      </w:tblGrid>
      <w:tr w:rsidR="00A02786" w14:paraId="12E1B67C" w14:textId="77777777" w:rsidTr="007C4F7F">
        <w:trPr>
          <w:trHeight w:hRule="exact" w:val="462"/>
        </w:trPr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DBA0597" w14:textId="77777777" w:rsidR="00A02786" w:rsidRDefault="00B84484" w:rsidP="007C4F7F">
            <w:pPr>
              <w:autoSpaceDE w:val="0"/>
              <w:autoSpaceDN w:val="0"/>
              <w:spacing w:before="120" w:after="0" w:line="230" w:lineRule="auto"/>
              <w:jc w:val="center"/>
            </w:pPr>
            <w:r>
              <w:rPr>
                <w:rFonts w:ascii="TimesNewRoman" w:eastAsia="TimesNewRoman" w:hAnsi="TimesNewRoman"/>
                <w:color w:val="000000"/>
                <w:sz w:val="20"/>
              </w:rPr>
              <w:t xml:space="preserve">№ </w:t>
            </w:r>
          </w:p>
        </w:tc>
        <w:tc>
          <w:tcPr>
            <w:tcW w:w="430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4755DAD" w14:textId="77777777" w:rsidR="00A02786" w:rsidRPr="007C4F7F" w:rsidRDefault="00B84484" w:rsidP="007C4F7F">
            <w:pPr>
              <w:autoSpaceDE w:val="0"/>
              <w:autoSpaceDN w:val="0"/>
              <w:spacing w:before="4" w:after="0" w:line="245" w:lineRule="auto"/>
              <w:ind w:left="432" w:right="432"/>
              <w:jc w:val="center"/>
              <w:rPr>
                <w:lang w:val="ru-RU"/>
              </w:rPr>
            </w:pPr>
            <w:r w:rsidRPr="007C4F7F">
              <w:rPr>
                <w:rFonts w:ascii="TimesNewRoman" w:eastAsia="TimesNewRoman" w:hAnsi="TimesNewRoman"/>
                <w:color w:val="000000"/>
                <w:sz w:val="20"/>
                <w:lang w:val="ru-RU"/>
              </w:rPr>
              <w:t xml:space="preserve">Фамилия, собственное имя, отчество (если таковое имеется) </w:t>
            </w:r>
          </w:p>
        </w:tc>
        <w:tc>
          <w:tcPr>
            <w:tcW w:w="251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5979E4C" w14:textId="77777777" w:rsidR="00A02786" w:rsidRDefault="00B84484" w:rsidP="007C4F7F">
            <w:pPr>
              <w:autoSpaceDE w:val="0"/>
              <w:autoSpaceDN w:val="0"/>
              <w:spacing w:before="120" w:after="0" w:line="230" w:lineRule="auto"/>
              <w:jc w:val="center"/>
            </w:pPr>
            <w:r>
              <w:rPr>
                <w:rFonts w:ascii="TimesNewRoman" w:eastAsia="TimesNewRoman" w:hAnsi="TimesNewRoman"/>
                <w:color w:val="000000"/>
                <w:sz w:val="20"/>
              </w:rPr>
              <w:t xml:space="preserve">Должность </w:t>
            </w:r>
          </w:p>
        </w:tc>
        <w:tc>
          <w:tcPr>
            <w:tcW w:w="201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" w:space="0" w:color="000000"/>
            </w:tcBorders>
            <w:tcMar>
              <w:left w:w="0" w:type="dxa"/>
              <w:right w:w="0" w:type="dxa"/>
            </w:tcMar>
          </w:tcPr>
          <w:p w14:paraId="34A0AB8B" w14:textId="77777777" w:rsidR="00A02786" w:rsidRDefault="00B84484" w:rsidP="007C4F7F">
            <w:pPr>
              <w:autoSpaceDE w:val="0"/>
              <w:autoSpaceDN w:val="0"/>
              <w:spacing w:before="4" w:after="0" w:line="245" w:lineRule="auto"/>
              <w:ind w:left="144" w:right="144"/>
              <w:jc w:val="center"/>
            </w:pPr>
            <w:r>
              <w:rPr>
                <w:rFonts w:ascii="TimesNewRoman" w:eastAsia="TimesNewRoman" w:hAnsi="TimesNewRoman"/>
                <w:color w:val="000000"/>
                <w:sz w:val="20"/>
              </w:rPr>
              <w:t xml:space="preserve">Дата прохождения проверки знаний </w:t>
            </w:r>
          </w:p>
        </w:tc>
      </w:tr>
      <w:tr w:rsidR="007C4F7F" w14:paraId="4FD07F4E" w14:textId="77777777" w:rsidTr="007C4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32"/>
        </w:trPr>
        <w:tc>
          <w:tcPr>
            <w:tcW w:w="541" w:type="dxa"/>
          </w:tcPr>
          <w:p w14:paraId="7822755B" w14:textId="77777777" w:rsidR="007C4F7F" w:rsidRPr="007C4F7F" w:rsidRDefault="007C4F7F" w:rsidP="007C4F7F">
            <w:pPr>
              <w:tabs>
                <w:tab w:val="left" w:pos="596"/>
                <w:tab w:val="left" w:pos="2882"/>
                <w:tab w:val="left" w:pos="4916"/>
              </w:tabs>
              <w:autoSpaceDE w:val="0"/>
              <w:autoSpaceDN w:val="0"/>
              <w:spacing w:after="0" w:line="245" w:lineRule="auto"/>
              <w:rPr>
                <w:rFonts w:ascii="TimesNewRoman" w:eastAsia="TimesNewRoman" w:hAnsi="TimesNewRoman"/>
                <w:color w:val="000000"/>
                <w:sz w:val="24"/>
                <w:lang w:val="ru-RU"/>
              </w:rPr>
            </w:pPr>
          </w:p>
        </w:tc>
        <w:tc>
          <w:tcPr>
            <w:tcW w:w="4308" w:type="dxa"/>
          </w:tcPr>
          <w:p w14:paraId="5CFD1ABE" w14:textId="77777777" w:rsidR="007C4F7F" w:rsidRPr="007C4F7F" w:rsidRDefault="007C4F7F" w:rsidP="007C4F7F">
            <w:pPr>
              <w:tabs>
                <w:tab w:val="left" w:pos="596"/>
                <w:tab w:val="left" w:pos="2882"/>
                <w:tab w:val="left" w:pos="4916"/>
              </w:tabs>
              <w:autoSpaceDE w:val="0"/>
              <w:autoSpaceDN w:val="0"/>
              <w:spacing w:after="0" w:line="245" w:lineRule="auto"/>
              <w:rPr>
                <w:rFonts w:ascii="TimesNewRoman" w:eastAsia="TimesNewRoman" w:hAnsi="TimesNewRoman"/>
                <w:color w:val="000000"/>
                <w:sz w:val="24"/>
                <w:lang w:val="ru-RU"/>
              </w:rPr>
            </w:pPr>
          </w:p>
        </w:tc>
        <w:tc>
          <w:tcPr>
            <w:tcW w:w="2516" w:type="dxa"/>
          </w:tcPr>
          <w:p w14:paraId="74F7E06F" w14:textId="77777777" w:rsidR="007C4F7F" w:rsidRPr="007C4F7F" w:rsidRDefault="007C4F7F" w:rsidP="007C4F7F">
            <w:pPr>
              <w:tabs>
                <w:tab w:val="left" w:pos="596"/>
                <w:tab w:val="left" w:pos="2882"/>
                <w:tab w:val="left" w:pos="4916"/>
              </w:tabs>
              <w:autoSpaceDE w:val="0"/>
              <w:autoSpaceDN w:val="0"/>
              <w:spacing w:after="0" w:line="245" w:lineRule="auto"/>
              <w:rPr>
                <w:rFonts w:ascii="TimesNewRoman" w:eastAsia="TimesNewRoman" w:hAnsi="TimesNewRoman"/>
                <w:color w:val="000000"/>
                <w:sz w:val="24"/>
                <w:lang w:val="ru-RU"/>
              </w:rPr>
            </w:pPr>
          </w:p>
        </w:tc>
        <w:tc>
          <w:tcPr>
            <w:tcW w:w="2013" w:type="dxa"/>
          </w:tcPr>
          <w:p w14:paraId="6469F45D" w14:textId="77777777" w:rsidR="007C4F7F" w:rsidRPr="007C4F7F" w:rsidRDefault="007C4F7F" w:rsidP="007C4F7F">
            <w:pPr>
              <w:tabs>
                <w:tab w:val="left" w:pos="596"/>
                <w:tab w:val="left" w:pos="2882"/>
                <w:tab w:val="left" w:pos="4916"/>
              </w:tabs>
              <w:autoSpaceDE w:val="0"/>
              <w:autoSpaceDN w:val="0"/>
              <w:spacing w:after="0" w:line="245" w:lineRule="auto"/>
              <w:rPr>
                <w:rFonts w:ascii="TimesNewRoman" w:eastAsia="TimesNewRoman" w:hAnsi="TimesNewRoman"/>
                <w:color w:val="000000"/>
                <w:sz w:val="24"/>
                <w:lang w:val="ru-RU"/>
              </w:rPr>
            </w:pPr>
          </w:p>
        </w:tc>
      </w:tr>
      <w:tr w:rsidR="007C4F7F" w14:paraId="32D8A00D" w14:textId="77777777" w:rsidTr="006003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49"/>
        </w:trPr>
        <w:tc>
          <w:tcPr>
            <w:tcW w:w="541" w:type="dxa"/>
          </w:tcPr>
          <w:p w14:paraId="0CB0C648" w14:textId="77777777" w:rsidR="007C4F7F" w:rsidRPr="007C4F7F" w:rsidRDefault="007C4F7F" w:rsidP="007C4F7F">
            <w:pPr>
              <w:tabs>
                <w:tab w:val="left" w:pos="596"/>
                <w:tab w:val="left" w:pos="2882"/>
                <w:tab w:val="left" w:pos="4916"/>
              </w:tabs>
              <w:autoSpaceDE w:val="0"/>
              <w:autoSpaceDN w:val="0"/>
              <w:spacing w:after="0" w:line="245" w:lineRule="auto"/>
              <w:rPr>
                <w:rFonts w:ascii="TimesNewRoman" w:eastAsia="TimesNewRoman" w:hAnsi="TimesNewRoman"/>
                <w:color w:val="000000"/>
                <w:sz w:val="24"/>
                <w:lang w:val="ru-RU"/>
              </w:rPr>
            </w:pPr>
          </w:p>
        </w:tc>
        <w:tc>
          <w:tcPr>
            <w:tcW w:w="4308" w:type="dxa"/>
          </w:tcPr>
          <w:p w14:paraId="74B35DB1" w14:textId="77777777" w:rsidR="007C4F7F" w:rsidRPr="007C4F7F" w:rsidRDefault="007C4F7F" w:rsidP="007C4F7F">
            <w:pPr>
              <w:tabs>
                <w:tab w:val="left" w:pos="596"/>
                <w:tab w:val="left" w:pos="2882"/>
                <w:tab w:val="left" w:pos="4916"/>
              </w:tabs>
              <w:autoSpaceDE w:val="0"/>
              <w:autoSpaceDN w:val="0"/>
              <w:spacing w:after="0" w:line="245" w:lineRule="auto"/>
              <w:rPr>
                <w:rFonts w:ascii="TimesNewRoman" w:eastAsia="TimesNewRoman" w:hAnsi="TimesNewRoman"/>
                <w:color w:val="000000"/>
                <w:sz w:val="24"/>
                <w:lang w:val="ru-RU"/>
              </w:rPr>
            </w:pPr>
          </w:p>
        </w:tc>
        <w:tc>
          <w:tcPr>
            <w:tcW w:w="2516" w:type="dxa"/>
          </w:tcPr>
          <w:p w14:paraId="201E4F95" w14:textId="77777777" w:rsidR="007C4F7F" w:rsidRPr="007C4F7F" w:rsidRDefault="007C4F7F" w:rsidP="007C4F7F">
            <w:pPr>
              <w:tabs>
                <w:tab w:val="left" w:pos="596"/>
                <w:tab w:val="left" w:pos="2882"/>
                <w:tab w:val="left" w:pos="4916"/>
              </w:tabs>
              <w:autoSpaceDE w:val="0"/>
              <w:autoSpaceDN w:val="0"/>
              <w:spacing w:after="0" w:line="245" w:lineRule="auto"/>
              <w:rPr>
                <w:rFonts w:ascii="TimesNewRoman" w:eastAsia="TimesNewRoman" w:hAnsi="TimesNewRoman"/>
                <w:color w:val="000000"/>
                <w:sz w:val="24"/>
                <w:lang w:val="ru-RU"/>
              </w:rPr>
            </w:pPr>
          </w:p>
        </w:tc>
        <w:tc>
          <w:tcPr>
            <w:tcW w:w="2013" w:type="dxa"/>
          </w:tcPr>
          <w:p w14:paraId="45DFB968" w14:textId="77777777" w:rsidR="007C4F7F" w:rsidRPr="007C4F7F" w:rsidRDefault="007C4F7F" w:rsidP="007C4F7F">
            <w:pPr>
              <w:tabs>
                <w:tab w:val="left" w:pos="596"/>
                <w:tab w:val="left" w:pos="2882"/>
                <w:tab w:val="left" w:pos="4916"/>
              </w:tabs>
              <w:autoSpaceDE w:val="0"/>
              <w:autoSpaceDN w:val="0"/>
              <w:spacing w:after="0" w:line="245" w:lineRule="auto"/>
              <w:rPr>
                <w:rFonts w:ascii="TimesNewRoman" w:eastAsia="TimesNewRoman" w:hAnsi="TimesNewRoman"/>
                <w:color w:val="000000"/>
                <w:sz w:val="24"/>
                <w:lang w:val="ru-RU"/>
              </w:rPr>
            </w:pPr>
          </w:p>
        </w:tc>
      </w:tr>
      <w:tr w:rsidR="006003D6" w14:paraId="0B852F10" w14:textId="77777777" w:rsidTr="007C4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27"/>
        </w:trPr>
        <w:tc>
          <w:tcPr>
            <w:tcW w:w="541" w:type="dxa"/>
          </w:tcPr>
          <w:p w14:paraId="3B80E153" w14:textId="77777777" w:rsidR="006003D6" w:rsidRPr="007C4F7F" w:rsidRDefault="006003D6" w:rsidP="007C4F7F">
            <w:pPr>
              <w:tabs>
                <w:tab w:val="left" w:pos="596"/>
                <w:tab w:val="left" w:pos="2882"/>
                <w:tab w:val="left" w:pos="4916"/>
              </w:tabs>
              <w:autoSpaceDE w:val="0"/>
              <w:autoSpaceDN w:val="0"/>
              <w:spacing w:after="0" w:line="245" w:lineRule="auto"/>
              <w:rPr>
                <w:rFonts w:ascii="TimesNewRoman" w:eastAsia="TimesNewRoman" w:hAnsi="TimesNewRoman"/>
                <w:color w:val="000000"/>
                <w:sz w:val="24"/>
                <w:lang w:val="ru-RU"/>
              </w:rPr>
            </w:pPr>
          </w:p>
        </w:tc>
        <w:tc>
          <w:tcPr>
            <w:tcW w:w="4308" w:type="dxa"/>
          </w:tcPr>
          <w:p w14:paraId="5A50F562" w14:textId="77777777" w:rsidR="006003D6" w:rsidRPr="007C4F7F" w:rsidRDefault="006003D6" w:rsidP="007C4F7F">
            <w:pPr>
              <w:tabs>
                <w:tab w:val="left" w:pos="596"/>
                <w:tab w:val="left" w:pos="2882"/>
                <w:tab w:val="left" w:pos="4916"/>
              </w:tabs>
              <w:autoSpaceDE w:val="0"/>
              <w:autoSpaceDN w:val="0"/>
              <w:spacing w:after="0" w:line="245" w:lineRule="auto"/>
              <w:rPr>
                <w:rFonts w:ascii="TimesNewRoman" w:eastAsia="TimesNewRoman" w:hAnsi="TimesNewRoman"/>
                <w:color w:val="000000"/>
                <w:sz w:val="24"/>
                <w:lang w:val="ru-RU"/>
              </w:rPr>
            </w:pPr>
          </w:p>
        </w:tc>
        <w:tc>
          <w:tcPr>
            <w:tcW w:w="2516" w:type="dxa"/>
          </w:tcPr>
          <w:p w14:paraId="6EE28E56" w14:textId="77777777" w:rsidR="006003D6" w:rsidRPr="007C4F7F" w:rsidRDefault="006003D6" w:rsidP="007C4F7F">
            <w:pPr>
              <w:tabs>
                <w:tab w:val="left" w:pos="596"/>
                <w:tab w:val="left" w:pos="2882"/>
                <w:tab w:val="left" w:pos="4916"/>
              </w:tabs>
              <w:autoSpaceDE w:val="0"/>
              <w:autoSpaceDN w:val="0"/>
              <w:spacing w:after="0" w:line="245" w:lineRule="auto"/>
              <w:rPr>
                <w:rFonts w:ascii="TimesNewRoman" w:eastAsia="TimesNewRoman" w:hAnsi="TimesNewRoman"/>
                <w:color w:val="000000"/>
                <w:sz w:val="24"/>
                <w:lang w:val="ru-RU"/>
              </w:rPr>
            </w:pPr>
          </w:p>
        </w:tc>
        <w:tc>
          <w:tcPr>
            <w:tcW w:w="2013" w:type="dxa"/>
          </w:tcPr>
          <w:p w14:paraId="047B5C00" w14:textId="77777777" w:rsidR="006003D6" w:rsidRPr="007C4F7F" w:rsidRDefault="006003D6" w:rsidP="007C4F7F">
            <w:pPr>
              <w:tabs>
                <w:tab w:val="left" w:pos="596"/>
                <w:tab w:val="left" w:pos="2882"/>
                <w:tab w:val="left" w:pos="4916"/>
              </w:tabs>
              <w:autoSpaceDE w:val="0"/>
              <w:autoSpaceDN w:val="0"/>
              <w:spacing w:after="0" w:line="245" w:lineRule="auto"/>
              <w:rPr>
                <w:rFonts w:ascii="TimesNewRoman" w:eastAsia="TimesNewRoman" w:hAnsi="TimesNewRoman"/>
                <w:color w:val="000000"/>
                <w:sz w:val="24"/>
                <w:lang w:val="ru-RU"/>
              </w:rPr>
            </w:pPr>
          </w:p>
        </w:tc>
      </w:tr>
      <w:tr w:rsidR="007C4F7F" w14:paraId="7CBA0D7C" w14:textId="77777777" w:rsidTr="007C4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9"/>
        </w:trPr>
        <w:tc>
          <w:tcPr>
            <w:tcW w:w="541" w:type="dxa"/>
          </w:tcPr>
          <w:p w14:paraId="0F6B4218" w14:textId="77777777" w:rsidR="007C4F7F" w:rsidRPr="007C4F7F" w:rsidRDefault="007C4F7F" w:rsidP="007C4F7F">
            <w:pPr>
              <w:tabs>
                <w:tab w:val="left" w:pos="596"/>
                <w:tab w:val="left" w:pos="2882"/>
                <w:tab w:val="left" w:pos="4916"/>
              </w:tabs>
              <w:autoSpaceDE w:val="0"/>
              <w:autoSpaceDN w:val="0"/>
              <w:spacing w:after="0" w:line="245" w:lineRule="auto"/>
              <w:rPr>
                <w:rFonts w:ascii="TimesNewRoman" w:eastAsia="TimesNewRoman" w:hAnsi="TimesNewRoman"/>
                <w:color w:val="000000"/>
                <w:sz w:val="24"/>
                <w:lang w:val="ru-RU"/>
              </w:rPr>
            </w:pPr>
          </w:p>
        </w:tc>
        <w:tc>
          <w:tcPr>
            <w:tcW w:w="4308" w:type="dxa"/>
          </w:tcPr>
          <w:p w14:paraId="20D35EEC" w14:textId="77777777" w:rsidR="007C4F7F" w:rsidRPr="007C4F7F" w:rsidRDefault="007C4F7F" w:rsidP="007C4F7F">
            <w:pPr>
              <w:tabs>
                <w:tab w:val="left" w:pos="596"/>
                <w:tab w:val="left" w:pos="2882"/>
                <w:tab w:val="left" w:pos="4916"/>
              </w:tabs>
              <w:autoSpaceDE w:val="0"/>
              <w:autoSpaceDN w:val="0"/>
              <w:spacing w:after="0" w:line="245" w:lineRule="auto"/>
              <w:rPr>
                <w:rFonts w:ascii="TimesNewRoman" w:eastAsia="TimesNewRoman" w:hAnsi="TimesNewRoman"/>
                <w:color w:val="000000"/>
                <w:sz w:val="24"/>
                <w:lang w:val="ru-RU"/>
              </w:rPr>
            </w:pPr>
          </w:p>
        </w:tc>
        <w:tc>
          <w:tcPr>
            <w:tcW w:w="2516" w:type="dxa"/>
          </w:tcPr>
          <w:p w14:paraId="67ED5328" w14:textId="77777777" w:rsidR="007C4F7F" w:rsidRPr="007C4F7F" w:rsidRDefault="007C4F7F" w:rsidP="007C4F7F">
            <w:pPr>
              <w:tabs>
                <w:tab w:val="left" w:pos="596"/>
                <w:tab w:val="left" w:pos="2882"/>
                <w:tab w:val="left" w:pos="4916"/>
              </w:tabs>
              <w:autoSpaceDE w:val="0"/>
              <w:autoSpaceDN w:val="0"/>
              <w:spacing w:after="0" w:line="245" w:lineRule="auto"/>
              <w:rPr>
                <w:rFonts w:ascii="TimesNewRoman" w:eastAsia="TimesNewRoman" w:hAnsi="TimesNewRoman"/>
                <w:color w:val="000000"/>
                <w:sz w:val="24"/>
                <w:lang w:val="ru-RU"/>
              </w:rPr>
            </w:pPr>
          </w:p>
        </w:tc>
        <w:tc>
          <w:tcPr>
            <w:tcW w:w="2013" w:type="dxa"/>
          </w:tcPr>
          <w:p w14:paraId="169C140E" w14:textId="77777777" w:rsidR="007C4F7F" w:rsidRPr="007C4F7F" w:rsidRDefault="007C4F7F" w:rsidP="007C4F7F">
            <w:pPr>
              <w:tabs>
                <w:tab w:val="left" w:pos="596"/>
                <w:tab w:val="left" w:pos="2882"/>
                <w:tab w:val="left" w:pos="4916"/>
              </w:tabs>
              <w:autoSpaceDE w:val="0"/>
              <w:autoSpaceDN w:val="0"/>
              <w:spacing w:after="0" w:line="245" w:lineRule="auto"/>
              <w:rPr>
                <w:rFonts w:ascii="TimesNewRoman" w:eastAsia="TimesNewRoman" w:hAnsi="TimesNewRoman"/>
                <w:color w:val="000000"/>
                <w:sz w:val="24"/>
                <w:lang w:val="ru-RU"/>
              </w:rPr>
            </w:pPr>
          </w:p>
        </w:tc>
      </w:tr>
      <w:tr w:rsidR="007C4F7F" w14:paraId="3692A35C" w14:textId="77777777" w:rsidTr="007C4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69"/>
        </w:trPr>
        <w:tc>
          <w:tcPr>
            <w:tcW w:w="541" w:type="dxa"/>
          </w:tcPr>
          <w:p w14:paraId="08A45B4A" w14:textId="77777777" w:rsidR="007C4F7F" w:rsidRPr="007C4F7F" w:rsidRDefault="007C4F7F" w:rsidP="007C4F7F">
            <w:pPr>
              <w:tabs>
                <w:tab w:val="left" w:pos="596"/>
                <w:tab w:val="left" w:pos="2882"/>
                <w:tab w:val="left" w:pos="4916"/>
              </w:tabs>
              <w:autoSpaceDE w:val="0"/>
              <w:autoSpaceDN w:val="0"/>
              <w:spacing w:after="0" w:line="245" w:lineRule="auto"/>
              <w:rPr>
                <w:rFonts w:ascii="TimesNewRoman" w:eastAsia="TimesNewRoman" w:hAnsi="TimesNewRoman"/>
                <w:color w:val="000000"/>
                <w:sz w:val="24"/>
                <w:lang w:val="ru-RU"/>
              </w:rPr>
            </w:pPr>
          </w:p>
        </w:tc>
        <w:tc>
          <w:tcPr>
            <w:tcW w:w="4308" w:type="dxa"/>
          </w:tcPr>
          <w:p w14:paraId="244EE87F" w14:textId="77777777" w:rsidR="007C4F7F" w:rsidRPr="007C4F7F" w:rsidRDefault="007C4F7F" w:rsidP="007C4F7F">
            <w:pPr>
              <w:tabs>
                <w:tab w:val="left" w:pos="596"/>
                <w:tab w:val="left" w:pos="2882"/>
                <w:tab w:val="left" w:pos="4916"/>
              </w:tabs>
              <w:autoSpaceDE w:val="0"/>
              <w:autoSpaceDN w:val="0"/>
              <w:spacing w:after="0" w:line="245" w:lineRule="auto"/>
              <w:rPr>
                <w:rFonts w:ascii="TimesNewRoman" w:eastAsia="TimesNewRoman" w:hAnsi="TimesNewRoman"/>
                <w:color w:val="000000"/>
                <w:sz w:val="24"/>
                <w:lang w:val="ru-RU"/>
              </w:rPr>
            </w:pPr>
          </w:p>
        </w:tc>
        <w:tc>
          <w:tcPr>
            <w:tcW w:w="2516" w:type="dxa"/>
          </w:tcPr>
          <w:p w14:paraId="023A15F9" w14:textId="77777777" w:rsidR="007C4F7F" w:rsidRPr="007C4F7F" w:rsidRDefault="007C4F7F" w:rsidP="007C4F7F">
            <w:pPr>
              <w:tabs>
                <w:tab w:val="left" w:pos="596"/>
                <w:tab w:val="left" w:pos="2882"/>
                <w:tab w:val="left" w:pos="4916"/>
              </w:tabs>
              <w:autoSpaceDE w:val="0"/>
              <w:autoSpaceDN w:val="0"/>
              <w:spacing w:after="0" w:line="245" w:lineRule="auto"/>
              <w:rPr>
                <w:rFonts w:ascii="TimesNewRoman" w:eastAsia="TimesNewRoman" w:hAnsi="TimesNewRoman"/>
                <w:color w:val="000000"/>
                <w:sz w:val="24"/>
                <w:lang w:val="ru-RU"/>
              </w:rPr>
            </w:pPr>
          </w:p>
        </w:tc>
        <w:tc>
          <w:tcPr>
            <w:tcW w:w="2013" w:type="dxa"/>
          </w:tcPr>
          <w:p w14:paraId="0969B007" w14:textId="77777777" w:rsidR="007C4F7F" w:rsidRPr="007C4F7F" w:rsidRDefault="007C4F7F" w:rsidP="007C4F7F">
            <w:pPr>
              <w:tabs>
                <w:tab w:val="left" w:pos="596"/>
                <w:tab w:val="left" w:pos="2882"/>
                <w:tab w:val="left" w:pos="4916"/>
              </w:tabs>
              <w:autoSpaceDE w:val="0"/>
              <w:autoSpaceDN w:val="0"/>
              <w:spacing w:after="0" w:line="245" w:lineRule="auto"/>
              <w:rPr>
                <w:rFonts w:ascii="TimesNewRoman" w:eastAsia="TimesNewRoman" w:hAnsi="TimesNewRoman"/>
                <w:color w:val="000000"/>
                <w:sz w:val="24"/>
                <w:lang w:val="ru-RU"/>
              </w:rPr>
            </w:pPr>
          </w:p>
        </w:tc>
      </w:tr>
    </w:tbl>
    <w:p w14:paraId="3291CE57" w14:textId="77777777" w:rsidR="00A02786" w:rsidRPr="007C4F7F" w:rsidRDefault="00B84484" w:rsidP="007C4F7F">
      <w:pPr>
        <w:tabs>
          <w:tab w:val="left" w:pos="596"/>
          <w:tab w:val="left" w:pos="2882"/>
          <w:tab w:val="left" w:pos="4916"/>
        </w:tabs>
        <w:autoSpaceDE w:val="0"/>
        <w:autoSpaceDN w:val="0"/>
        <w:spacing w:before="278" w:after="0" w:line="245" w:lineRule="auto"/>
        <w:ind w:left="30" w:firstLine="537"/>
        <w:rPr>
          <w:sz w:val="28"/>
          <w:szCs w:val="28"/>
          <w:lang w:val="ru-RU"/>
        </w:rPr>
      </w:pPr>
      <w:r w:rsidRPr="007C4F7F">
        <w:rPr>
          <w:rFonts w:ascii="TimesNewRoman" w:eastAsia="TimesNewRoman" w:hAnsi="TimesNewRoman"/>
          <w:color w:val="000000"/>
          <w:sz w:val="28"/>
          <w:lang w:val="ru-RU"/>
        </w:rPr>
        <w:t xml:space="preserve">3. Договор заключен с </w:t>
      </w:r>
      <w:r w:rsidRPr="007C4F7F">
        <w:rPr>
          <w:rFonts w:ascii="TimesNewRoman" w:eastAsia="TimesNewRoman" w:hAnsi="TimesNewRoman"/>
          <w:color w:val="000000"/>
          <w:sz w:val="24"/>
          <w:lang w:val="ru-RU"/>
        </w:rPr>
        <w:t>________</w:t>
      </w:r>
      <w:r w:rsidR="007C4F7F">
        <w:rPr>
          <w:rFonts w:ascii="TimesNewRoman" w:eastAsia="TimesNewRoman" w:hAnsi="TimesNewRoman"/>
          <w:color w:val="000000"/>
          <w:sz w:val="24"/>
          <w:lang w:val="ru-RU"/>
        </w:rPr>
        <w:t>____</w:t>
      </w:r>
      <w:r w:rsidRPr="007C4F7F">
        <w:rPr>
          <w:rFonts w:ascii="TimesNewRoman" w:eastAsia="TimesNewRoman" w:hAnsi="TimesNewRoman"/>
          <w:color w:val="000000"/>
          <w:sz w:val="24"/>
          <w:lang w:val="ru-RU"/>
        </w:rPr>
        <w:t xml:space="preserve">______________________________________ </w:t>
      </w:r>
      <w:r w:rsidRPr="007C4F7F">
        <w:rPr>
          <w:lang w:val="ru-RU"/>
        </w:rPr>
        <w:tab/>
      </w:r>
      <w:r w:rsidRPr="007C4F7F">
        <w:rPr>
          <w:lang w:val="ru-RU"/>
        </w:rPr>
        <w:tab/>
      </w:r>
      <w:r w:rsidR="007C4F7F">
        <w:rPr>
          <w:lang w:val="ru-RU"/>
        </w:rPr>
        <w:t xml:space="preserve">                                             </w:t>
      </w:r>
      <w:r w:rsidRPr="007C4F7F">
        <w:rPr>
          <w:rFonts w:ascii="TimesNewRoman" w:eastAsia="TimesNewRoman" w:hAnsi="TimesNewRoman"/>
          <w:color w:val="000000"/>
          <w:sz w:val="20"/>
          <w:lang w:val="ru-RU"/>
        </w:rPr>
        <w:t xml:space="preserve">(наименование организации, </w:t>
      </w:r>
      <w:r w:rsidRPr="007C4F7F">
        <w:rPr>
          <w:lang w:val="ru-RU"/>
        </w:rPr>
        <w:br/>
      </w:r>
      <w:r w:rsidRPr="007C4F7F">
        <w:rPr>
          <w:rFonts w:ascii="TimesNewRoman" w:eastAsia="TimesNewRoman" w:hAnsi="TimesNewRoman"/>
          <w:color w:val="000000"/>
          <w:sz w:val="24"/>
          <w:lang w:val="ru-RU"/>
        </w:rPr>
        <w:t xml:space="preserve">_____________________________________________________________________________ </w:t>
      </w:r>
      <w:r w:rsidRPr="007C4F7F">
        <w:rPr>
          <w:lang w:val="ru-RU"/>
        </w:rPr>
        <w:tab/>
      </w:r>
      <w:r w:rsidRPr="007C4F7F">
        <w:rPr>
          <w:lang w:val="ru-RU"/>
        </w:rPr>
        <w:tab/>
      </w:r>
      <w:r w:rsidRPr="007C4F7F">
        <w:rPr>
          <w:rFonts w:ascii="TimesNewRoman" w:eastAsia="TimesNewRoman" w:hAnsi="TimesNewRoman"/>
          <w:color w:val="000000"/>
          <w:sz w:val="20"/>
          <w:lang w:val="ru-RU"/>
        </w:rPr>
        <w:t xml:space="preserve">индивидуального предпринимателя, УНП) </w:t>
      </w:r>
      <w:r w:rsidRPr="007C4F7F">
        <w:rPr>
          <w:lang w:val="ru-RU"/>
        </w:rPr>
        <w:br/>
      </w:r>
      <w:r w:rsidRPr="007C4F7F">
        <w:rPr>
          <w:rFonts w:ascii="TimesNewRoman" w:eastAsia="TimesNewRoman" w:hAnsi="TimesNewRoman"/>
          <w:color w:val="000000"/>
          <w:sz w:val="28"/>
          <w:szCs w:val="28"/>
          <w:lang w:val="ru-RU"/>
        </w:rPr>
        <w:t xml:space="preserve">от ___ _______ 20___ г. № _____2. </w:t>
      </w:r>
    </w:p>
    <w:p w14:paraId="1EA5A691" w14:textId="77777777" w:rsidR="00A02786" w:rsidRPr="007C4F7F" w:rsidRDefault="00B84484">
      <w:pPr>
        <w:autoSpaceDE w:val="0"/>
        <w:autoSpaceDN w:val="0"/>
        <w:spacing w:before="10" w:after="0" w:line="230" w:lineRule="auto"/>
        <w:ind w:left="596"/>
        <w:rPr>
          <w:lang w:val="ru-RU"/>
        </w:rPr>
      </w:pPr>
      <w:r w:rsidRPr="007C4F7F">
        <w:rPr>
          <w:rFonts w:ascii="TimesNewRoman" w:eastAsia="TimesNewRoman" w:hAnsi="TimesNewRoman"/>
          <w:color w:val="000000"/>
          <w:sz w:val="28"/>
          <w:lang w:val="ru-RU"/>
        </w:rPr>
        <w:t xml:space="preserve">4. Срок действия ___________________________. </w:t>
      </w:r>
    </w:p>
    <w:p w14:paraId="53F3BCAD" w14:textId="77777777" w:rsidR="00A02786" w:rsidRPr="007C4F7F" w:rsidRDefault="007C4F7F" w:rsidP="007C4F7F">
      <w:pPr>
        <w:autoSpaceDE w:val="0"/>
        <w:autoSpaceDN w:val="0"/>
        <w:spacing w:before="8" w:after="520" w:line="230" w:lineRule="auto"/>
        <w:ind w:right="1803"/>
        <w:rPr>
          <w:lang w:val="ru-RU"/>
        </w:rPr>
      </w:pPr>
      <w:r>
        <w:rPr>
          <w:rFonts w:ascii="TimesNewRoman" w:eastAsia="TimesNewRoman" w:hAnsi="TimesNewRoman"/>
          <w:color w:val="000000"/>
          <w:sz w:val="20"/>
          <w:lang w:val="ru-RU"/>
        </w:rPr>
        <w:t xml:space="preserve">                                                           </w:t>
      </w:r>
      <w:r w:rsidR="00B84484" w:rsidRPr="007C4F7F">
        <w:rPr>
          <w:rFonts w:ascii="TimesNewRoman" w:eastAsia="TimesNewRoman" w:hAnsi="TimesNewRoman"/>
          <w:color w:val="000000"/>
          <w:sz w:val="20"/>
          <w:lang w:val="ru-RU"/>
        </w:rPr>
        <w:t xml:space="preserve">(дата окончания действия договора) </w:t>
      </w:r>
    </w:p>
    <w:tbl>
      <w:tblPr>
        <w:tblW w:w="0" w:type="auto"/>
        <w:tblInd w:w="30" w:type="dxa"/>
        <w:tblLayout w:type="fixed"/>
        <w:tblLook w:val="04A0" w:firstRow="1" w:lastRow="0" w:firstColumn="1" w:lastColumn="0" w:noHBand="0" w:noVBand="1"/>
      </w:tblPr>
      <w:tblGrid>
        <w:gridCol w:w="4220"/>
        <w:gridCol w:w="2308"/>
        <w:gridCol w:w="2826"/>
      </w:tblGrid>
      <w:tr w:rsidR="00A02786" w14:paraId="29CA7F1F" w14:textId="77777777">
        <w:trPr>
          <w:trHeight w:hRule="exact" w:val="290"/>
        </w:trPr>
        <w:tc>
          <w:tcPr>
            <w:tcW w:w="4220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 w14:paraId="489A14EF" w14:textId="77777777" w:rsidR="00A02786" w:rsidRDefault="00B84484">
            <w:pPr>
              <w:autoSpaceDE w:val="0"/>
              <w:autoSpaceDN w:val="0"/>
              <w:spacing w:before="4" w:after="0" w:line="230" w:lineRule="auto"/>
              <w:jc w:val="center"/>
            </w:pPr>
            <w:r>
              <w:rPr>
                <w:rFonts w:ascii="TimesNewRoman" w:eastAsia="TimesNewRoman" w:hAnsi="TimesNewRoman"/>
                <w:color w:val="000000"/>
                <w:sz w:val="20"/>
              </w:rPr>
              <w:t xml:space="preserve">(уполномоченное должностное лицо) </w:t>
            </w:r>
          </w:p>
        </w:tc>
        <w:tc>
          <w:tcPr>
            <w:tcW w:w="2308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 w14:paraId="5A21F7BA" w14:textId="77777777" w:rsidR="00A02786" w:rsidRDefault="00B84484">
            <w:pPr>
              <w:autoSpaceDE w:val="0"/>
              <w:autoSpaceDN w:val="0"/>
              <w:spacing w:before="4" w:after="0" w:line="230" w:lineRule="auto"/>
              <w:ind w:right="566"/>
              <w:jc w:val="right"/>
            </w:pPr>
            <w:r>
              <w:rPr>
                <w:rFonts w:ascii="TimesNewRoman" w:eastAsia="TimesNewRoman" w:hAnsi="TimesNewRoman"/>
                <w:color w:val="000000"/>
                <w:sz w:val="20"/>
              </w:rPr>
              <w:t xml:space="preserve">(подпись) </w:t>
            </w:r>
          </w:p>
        </w:tc>
        <w:tc>
          <w:tcPr>
            <w:tcW w:w="2826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 w14:paraId="642991C8" w14:textId="77777777" w:rsidR="00A02786" w:rsidRDefault="00B84484">
            <w:pPr>
              <w:autoSpaceDE w:val="0"/>
              <w:autoSpaceDN w:val="0"/>
              <w:spacing w:before="4" w:after="0" w:line="230" w:lineRule="auto"/>
              <w:ind w:left="612"/>
            </w:pPr>
            <w:r>
              <w:rPr>
                <w:rFonts w:ascii="TimesNewRoman" w:eastAsia="TimesNewRoman" w:hAnsi="TimesNewRoman"/>
                <w:color w:val="000000"/>
                <w:sz w:val="20"/>
              </w:rPr>
              <w:t xml:space="preserve">(инициалы, фамилия) </w:t>
            </w:r>
          </w:p>
        </w:tc>
      </w:tr>
    </w:tbl>
    <w:p w14:paraId="587B9D74" w14:textId="77777777" w:rsidR="00A02786" w:rsidRPr="00DE19D6" w:rsidRDefault="00B84484">
      <w:pPr>
        <w:autoSpaceDE w:val="0"/>
        <w:autoSpaceDN w:val="0"/>
        <w:spacing w:before="230" w:after="0" w:line="230" w:lineRule="auto"/>
        <w:ind w:left="30"/>
        <w:rPr>
          <w:lang w:val="ru-RU"/>
        </w:rPr>
      </w:pPr>
      <w:r w:rsidRPr="00DE19D6">
        <w:rPr>
          <w:rFonts w:ascii="TimesNewRoman" w:eastAsia="TimesNewRoman" w:hAnsi="TimesNewRoman"/>
          <w:color w:val="000000"/>
          <w:sz w:val="28"/>
          <w:lang w:val="ru-RU"/>
        </w:rPr>
        <w:t>___ ____________ 20___ г</w:t>
      </w:r>
      <w:r w:rsidRPr="00DE19D6">
        <w:rPr>
          <w:rFonts w:ascii="TimesNewRoman" w:eastAsia="TimesNewRoman" w:hAnsi="TimesNewRoman"/>
          <w:color w:val="000000"/>
          <w:sz w:val="24"/>
          <w:lang w:val="ru-RU"/>
        </w:rPr>
        <w:t xml:space="preserve">. </w:t>
      </w:r>
    </w:p>
    <w:p w14:paraId="19545923" w14:textId="77777777" w:rsidR="007C4F7F" w:rsidRDefault="007C4F7F">
      <w:pPr>
        <w:tabs>
          <w:tab w:val="left" w:pos="596"/>
        </w:tabs>
        <w:autoSpaceDE w:val="0"/>
        <w:autoSpaceDN w:val="0"/>
        <w:spacing w:before="284" w:after="0" w:line="245" w:lineRule="auto"/>
        <w:ind w:left="30" w:right="5472"/>
        <w:rPr>
          <w:rFonts w:ascii="TimesNewRoman" w:eastAsia="TimesNewRoman" w:hAnsi="TimesNewRoman"/>
          <w:color w:val="000000"/>
          <w:sz w:val="20"/>
          <w:lang w:val="ru-RU"/>
        </w:rPr>
      </w:pPr>
    </w:p>
    <w:p w14:paraId="53EC6011" w14:textId="77777777" w:rsidR="007C4F7F" w:rsidRDefault="007C4F7F">
      <w:pPr>
        <w:tabs>
          <w:tab w:val="left" w:pos="596"/>
        </w:tabs>
        <w:autoSpaceDE w:val="0"/>
        <w:autoSpaceDN w:val="0"/>
        <w:spacing w:before="284" w:after="0" w:line="245" w:lineRule="auto"/>
        <w:ind w:left="30" w:right="5472"/>
        <w:rPr>
          <w:rFonts w:ascii="TimesNewRoman" w:eastAsia="TimesNewRoman" w:hAnsi="TimesNewRoman"/>
          <w:color w:val="000000"/>
          <w:sz w:val="20"/>
          <w:lang w:val="ru-RU"/>
        </w:rPr>
      </w:pPr>
    </w:p>
    <w:p w14:paraId="2E2E498A" w14:textId="77777777" w:rsidR="007C4F7F" w:rsidRDefault="007C4F7F">
      <w:pPr>
        <w:tabs>
          <w:tab w:val="left" w:pos="596"/>
        </w:tabs>
        <w:autoSpaceDE w:val="0"/>
        <w:autoSpaceDN w:val="0"/>
        <w:spacing w:before="284" w:after="0" w:line="245" w:lineRule="auto"/>
        <w:ind w:left="30" w:right="5472"/>
        <w:rPr>
          <w:rFonts w:ascii="TimesNewRoman" w:eastAsia="TimesNewRoman" w:hAnsi="TimesNewRoman"/>
          <w:color w:val="000000"/>
          <w:sz w:val="20"/>
          <w:lang w:val="ru-RU"/>
        </w:rPr>
      </w:pPr>
    </w:p>
    <w:p w14:paraId="40C7F30C" w14:textId="77777777" w:rsidR="007C4F7F" w:rsidRDefault="007C4F7F">
      <w:pPr>
        <w:tabs>
          <w:tab w:val="left" w:pos="596"/>
        </w:tabs>
        <w:autoSpaceDE w:val="0"/>
        <w:autoSpaceDN w:val="0"/>
        <w:spacing w:before="284" w:after="0" w:line="245" w:lineRule="auto"/>
        <w:ind w:left="30" w:right="5472"/>
        <w:rPr>
          <w:rFonts w:ascii="TimesNewRoman" w:eastAsia="TimesNewRoman" w:hAnsi="TimesNewRoman"/>
          <w:color w:val="000000"/>
          <w:sz w:val="20"/>
          <w:lang w:val="ru-RU"/>
        </w:rPr>
      </w:pPr>
    </w:p>
    <w:p w14:paraId="51C3EAE0" w14:textId="77777777" w:rsidR="006003D6" w:rsidRDefault="006003D6">
      <w:pPr>
        <w:tabs>
          <w:tab w:val="left" w:pos="596"/>
        </w:tabs>
        <w:autoSpaceDE w:val="0"/>
        <w:autoSpaceDN w:val="0"/>
        <w:spacing w:before="284" w:after="0" w:line="245" w:lineRule="auto"/>
        <w:ind w:left="30" w:right="5472"/>
        <w:rPr>
          <w:rFonts w:ascii="TimesNewRoman" w:eastAsia="TimesNewRoman" w:hAnsi="TimesNewRoman"/>
          <w:color w:val="000000"/>
          <w:sz w:val="20"/>
          <w:lang w:val="ru-RU"/>
        </w:rPr>
      </w:pPr>
    </w:p>
    <w:p w14:paraId="64167335" w14:textId="77777777" w:rsidR="006003D6" w:rsidRPr="007C4F7F" w:rsidRDefault="006003D6">
      <w:pPr>
        <w:tabs>
          <w:tab w:val="left" w:pos="596"/>
        </w:tabs>
        <w:autoSpaceDE w:val="0"/>
        <w:autoSpaceDN w:val="0"/>
        <w:spacing w:before="284" w:after="0" w:line="245" w:lineRule="auto"/>
        <w:ind w:left="30" w:right="5472"/>
        <w:rPr>
          <w:rFonts w:ascii="TimesNewRoman" w:eastAsia="TimesNewRoman" w:hAnsi="TimesNewRoman"/>
          <w:color w:val="000000"/>
          <w:sz w:val="20"/>
          <w:lang w:val="ru-RU"/>
        </w:rPr>
      </w:pPr>
    </w:p>
    <w:p w14:paraId="4C4E9E4E" w14:textId="77777777" w:rsidR="00A02786" w:rsidRPr="007C4F7F" w:rsidRDefault="00B84484">
      <w:pPr>
        <w:tabs>
          <w:tab w:val="left" w:pos="596"/>
        </w:tabs>
        <w:autoSpaceDE w:val="0"/>
        <w:autoSpaceDN w:val="0"/>
        <w:spacing w:before="284" w:after="0" w:line="245" w:lineRule="auto"/>
        <w:ind w:left="30" w:right="5472"/>
        <w:rPr>
          <w:lang w:val="ru-RU"/>
        </w:rPr>
      </w:pPr>
      <w:r w:rsidRPr="007C4F7F">
        <w:rPr>
          <w:rFonts w:ascii="TimesNewRoman" w:eastAsia="TimesNewRoman" w:hAnsi="TimesNewRoman"/>
          <w:color w:val="000000"/>
          <w:sz w:val="20"/>
          <w:lang w:val="ru-RU"/>
        </w:rPr>
        <w:t xml:space="preserve">_________________________ </w:t>
      </w:r>
      <w:r w:rsidRPr="007C4F7F">
        <w:rPr>
          <w:lang w:val="ru-RU"/>
        </w:rPr>
        <w:br/>
      </w:r>
      <w:r w:rsidRPr="006003D6">
        <w:rPr>
          <w:rFonts w:ascii="TimesNewRoman" w:eastAsia="TimesNewRoman" w:hAnsi="TimesNewRoman"/>
          <w:color w:val="000000"/>
          <w:sz w:val="24"/>
          <w:szCs w:val="28"/>
          <w:vertAlign w:val="superscript"/>
          <w:lang w:val="ru-RU"/>
        </w:rPr>
        <w:t>1</w:t>
      </w:r>
      <w:r w:rsidRPr="007C4F7F">
        <w:rPr>
          <w:rFonts w:ascii="TimesNewRoman" w:eastAsia="TimesNewRoman" w:hAnsi="TimesNewRoman"/>
          <w:color w:val="000000"/>
          <w:sz w:val="28"/>
          <w:szCs w:val="28"/>
          <w:vertAlign w:val="superscript"/>
          <w:lang w:val="ru-RU"/>
        </w:rPr>
        <w:t xml:space="preserve"> </w:t>
      </w:r>
      <w:r w:rsidRPr="007C4F7F">
        <w:rPr>
          <w:rFonts w:ascii="TimesNewRoman" w:eastAsia="TimesNewRoman" w:hAnsi="TimesNewRoman"/>
          <w:color w:val="000000"/>
          <w:sz w:val="20"/>
          <w:lang w:val="ru-RU"/>
        </w:rPr>
        <w:t xml:space="preserve">Оформляется на бланке организации. </w:t>
      </w:r>
    </w:p>
    <w:p w14:paraId="7F1BFF4F" w14:textId="77777777" w:rsidR="00A02786" w:rsidRPr="007C4F7F" w:rsidRDefault="00B84484" w:rsidP="007C4F7F">
      <w:pPr>
        <w:autoSpaceDE w:val="0"/>
        <w:autoSpaceDN w:val="0"/>
        <w:spacing w:before="2" w:after="0" w:line="245" w:lineRule="auto"/>
        <w:ind w:left="30" w:right="24"/>
        <w:jc w:val="both"/>
        <w:rPr>
          <w:lang w:val="ru-RU"/>
        </w:rPr>
      </w:pPr>
      <w:r w:rsidRPr="006003D6">
        <w:rPr>
          <w:rFonts w:ascii="TimesNewRoman" w:eastAsia="TimesNewRoman" w:hAnsi="TimesNewRoman"/>
          <w:color w:val="000000"/>
          <w:sz w:val="24"/>
          <w:szCs w:val="28"/>
          <w:vertAlign w:val="superscript"/>
          <w:lang w:val="ru-RU"/>
        </w:rPr>
        <w:t>2</w:t>
      </w:r>
      <w:r w:rsidRPr="007C4F7F">
        <w:rPr>
          <w:rFonts w:ascii="TimesNewRoman" w:eastAsia="TimesNewRoman" w:hAnsi="TimesNewRoman"/>
          <w:color w:val="000000"/>
          <w:sz w:val="13"/>
          <w:lang w:val="ru-RU"/>
        </w:rPr>
        <w:t xml:space="preserve"> </w:t>
      </w:r>
      <w:r w:rsidRPr="007C4F7F">
        <w:rPr>
          <w:rFonts w:ascii="TimesNewRoman" w:eastAsia="TimesNewRoman" w:hAnsi="TimesNewRoman"/>
          <w:color w:val="000000"/>
          <w:sz w:val="20"/>
          <w:lang w:val="ru-RU"/>
        </w:rPr>
        <w:t xml:space="preserve">Заполняется при заключении договора со специализированной организацией, осуществляющей работы по оперативному и (или) техническому обслуживанию (ремонту) теплоустановки и (или) тепловой сети. </w:t>
      </w:r>
    </w:p>
    <w:sectPr w:rsidR="00A02786" w:rsidRPr="007C4F7F" w:rsidSect="00B84484">
      <w:pgSz w:w="11904" w:h="16840"/>
      <w:pgMar w:top="288" w:right="1058" w:bottom="286" w:left="13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003D6"/>
    <w:rsid w:val="007C4F7F"/>
    <w:rsid w:val="00A02786"/>
    <w:rsid w:val="00AA1D8D"/>
    <w:rsid w:val="00B47730"/>
    <w:rsid w:val="00B84484"/>
    <w:rsid w:val="00CB0664"/>
    <w:rsid w:val="00DE19D6"/>
    <w:rsid w:val="00E16FB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37E71E"/>
  <w14:defaultImageDpi w14:val="300"/>
  <w15:docId w15:val="{0753EBEE-FCE7-48AB-AA3A-F11BD5632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D65C39D-FB38-4C7B-A372-163A86786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1959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Босак Артем Михайлович</cp:lastModifiedBy>
  <cp:revision>6</cp:revision>
  <dcterms:created xsi:type="dcterms:W3CDTF">2013-12-23T23:15:00Z</dcterms:created>
  <dcterms:modified xsi:type="dcterms:W3CDTF">2025-12-18T05:27:00Z</dcterms:modified>
  <cp:category/>
</cp:coreProperties>
</file>