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3414F" w14:textId="77777777" w:rsidR="00F9281A" w:rsidRDefault="00F9281A" w:rsidP="00F9281A">
      <w:pPr>
        <w:autoSpaceDE w:val="0"/>
        <w:autoSpaceDN w:val="0"/>
        <w:spacing w:after="0" w:line="245" w:lineRule="auto"/>
        <w:ind w:right="2016"/>
        <w:rPr>
          <w:rFonts w:ascii="Times New Roman" w:eastAsia="TimesNewRoman,Bold" w:hAnsi="Times New Roman" w:cs="Times New Roman"/>
          <w:b/>
          <w:color w:val="000000"/>
          <w:sz w:val="28"/>
          <w:szCs w:val="28"/>
          <w:lang w:val="ru-RU"/>
        </w:rPr>
      </w:pPr>
    </w:p>
    <w:p w14:paraId="2D1D479F" w14:textId="77777777" w:rsidR="00F9281A" w:rsidRPr="00F9281A" w:rsidRDefault="00F9281A" w:rsidP="00F9281A">
      <w:pPr>
        <w:autoSpaceDE w:val="0"/>
        <w:autoSpaceDN w:val="0"/>
        <w:spacing w:after="0" w:line="245" w:lineRule="auto"/>
        <w:ind w:left="1872" w:right="201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9281A">
        <w:rPr>
          <w:rFonts w:ascii="Times New Roman" w:eastAsia="TimesNewRoman,Bold" w:hAnsi="Times New Roman" w:cs="Times New Roman"/>
          <w:color w:val="000000"/>
          <w:sz w:val="28"/>
          <w:szCs w:val="28"/>
          <w:lang w:val="ru-RU"/>
        </w:rPr>
        <w:t xml:space="preserve">СВЕДЕНИЯ </w:t>
      </w:r>
    </w:p>
    <w:p w14:paraId="57516305" w14:textId="77777777" w:rsidR="00830571" w:rsidRPr="00F9281A" w:rsidRDefault="00F9281A" w:rsidP="00F9281A">
      <w:pPr>
        <w:autoSpaceDE w:val="0"/>
        <w:autoSpaceDN w:val="0"/>
        <w:spacing w:after="0" w:line="245" w:lineRule="auto"/>
        <w:ind w:right="110"/>
        <w:rPr>
          <w:rFonts w:ascii="Times New Roman" w:hAnsi="Times New Roman" w:cs="Times New Roman"/>
          <w:sz w:val="28"/>
          <w:szCs w:val="28"/>
          <w:lang w:val="ru-RU"/>
        </w:rPr>
      </w:pPr>
      <w:r w:rsidRPr="00F9281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</w:t>
      </w:r>
      <w:r w:rsidRPr="00F9281A">
        <w:rPr>
          <w:rFonts w:ascii="Times New Roman" w:eastAsia="TimesNewRoman,Bold" w:hAnsi="Times New Roman" w:cs="Times New Roman"/>
          <w:color w:val="000000"/>
          <w:sz w:val="28"/>
          <w:szCs w:val="28"/>
          <w:lang w:val="ru-RU"/>
        </w:rPr>
        <w:t>об организации эксплуатации электроустановки</w:t>
      </w:r>
      <w:r w:rsidRPr="00F9281A">
        <w:rPr>
          <w:rFonts w:ascii="Times New Roman" w:eastAsia="TimesNewRoman,Bold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</w:p>
    <w:p w14:paraId="6850A2DC" w14:textId="77777777" w:rsidR="003B7E8B" w:rsidRPr="003B7E8B" w:rsidRDefault="00F9281A" w:rsidP="00F9281A">
      <w:pPr>
        <w:tabs>
          <w:tab w:val="left" w:pos="596"/>
          <w:tab w:val="left" w:pos="770"/>
          <w:tab w:val="left" w:pos="1106"/>
          <w:tab w:val="left" w:pos="2984"/>
          <w:tab w:val="left" w:pos="6386"/>
        </w:tabs>
        <w:autoSpaceDE w:val="0"/>
        <w:autoSpaceDN w:val="0"/>
        <w:spacing w:before="268" w:after="0" w:line="245" w:lineRule="auto"/>
        <w:ind w:left="30" w:firstLine="537"/>
        <w:rPr>
          <w:rFonts w:ascii="Times New Roman" w:eastAsia="TimesNewRoman" w:hAnsi="Times New Roman" w:cs="Times New Roman"/>
          <w:color w:val="000000"/>
          <w:sz w:val="20"/>
          <w:lang w:val="ru-RU"/>
        </w:rPr>
      </w:pP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1. Лицом, ответственным за электрохозяйство 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_________</w:t>
      </w:r>
      <w:r w:rsidR="003B7E8B"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____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_____________ </w:t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="003B7E8B" w:rsidRPr="003B7E8B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(наименование и место </w:t>
      </w:r>
      <w:r w:rsidRPr="003B7E8B">
        <w:rPr>
          <w:rFonts w:ascii="Times New Roman" w:hAnsi="Times New Roman" w:cs="Times New Roman"/>
          <w:lang w:val="ru-RU"/>
        </w:rPr>
        <w:br/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____________________________________________________________________________</w:t>
      </w:r>
      <w:r w:rsidR="003B7E8B"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, </w:t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="003B7E8B" w:rsidRPr="003B7E8B">
        <w:rPr>
          <w:rFonts w:ascii="Times New Roman" w:hAnsi="Times New Roman" w:cs="Times New Roman"/>
          <w:lang w:val="ru-RU"/>
        </w:rPr>
        <w:t xml:space="preserve">                                     </w:t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нахождения объекта электроснабжения) </w:t>
      </w:r>
      <w:r w:rsidRPr="003B7E8B">
        <w:rPr>
          <w:rFonts w:ascii="Times New Roman" w:hAnsi="Times New Roman" w:cs="Times New Roman"/>
          <w:lang w:val="ru-RU"/>
        </w:rPr>
        <w:br/>
      </w:r>
      <w:r w:rsidR="003B7E8B"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__________________________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______ </w:t>
      </w: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>от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___</w:t>
      </w:r>
      <w:r w:rsidR="003B7E8B"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 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__</w:t>
      </w:r>
      <w:r w:rsidR="003B7E8B"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___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______ </w:t>
      </w: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20___ г. № 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______ </w:t>
      </w: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>назначен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</w:t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(приказом, распоряжением) </w:t>
      </w:r>
      <w:r w:rsidRPr="003B7E8B">
        <w:rPr>
          <w:rFonts w:ascii="Times New Roman" w:hAnsi="Times New Roman" w:cs="Times New Roman"/>
          <w:lang w:val="ru-RU"/>
        </w:rPr>
        <w:br/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____________________________________________________________________________, </w:t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>(должность служащего, фамилия, собственное имя, отчество (если таковое имеется)</w:t>
      </w:r>
    </w:p>
    <w:p w14:paraId="7884CF46" w14:textId="77777777" w:rsidR="00830571" w:rsidRPr="003B7E8B" w:rsidRDefault="00F9281A" w:rsidP="003B7E8B">
      <w:pPr>
        <w:tabs>
          <w:tab w:val="left" w:pos="596"/>
          <w:tab w:val="left" w:pos="770"/>
          <w:tab w:val="left" w:pos="1106"/>
          <w:tab w:val="left" w:pos="2984"/>
          <w:tab w:val="left" w:pos="6386"/>
        </w:tabs>
        <w:autoSpaceDE w:val="0"/>
        <w:autoSpaceDN w:val="0"/>
        <w:spacing w:after="0" w:line="245" w:lineRule="auto"/>
        <w:ind w:left="30"/>
        <w:jc w:val="both"/>
        <w:rPr>
          <w:rFonts w:ascii="Times New Roman" w:eastAsia="TimesNewRoman" w:hAnsi="Times New Roman" w:cs="Times New Roman"/>
          <w:color w:val="000000"/>
          <w:sz w:val="20"/>
          <w:lang w:val="ru-RU"/>
        </w:rPr>
      </w:pP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 </w:t>
      </w:r>
      <w:r w:rsidRPr="003B7E8B">
        <w:rPr>
          <w:rFonts w:ascii="Times New Roman" w:hAnsi="Times New Roman" w:cs="Times New Roman"/>
          <w:sz w:val="12"/>
          <w:lang w:val="ru-RU"/>
        </w:rPr>
        <w:br/>
      </w:r>
      <w:r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имеющий </w:t>
      </w: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>____</w:t>
      </w:r>
      <w:r w:rsid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>____</w:t>
      </w:r>
      <w:r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___ </w:t>
      </w: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группу по электробезопасности, присвоенную (подтвержденную) 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________</w:t>
      </w:r>
      <w:r>
        <w:rPr>
          <w:rFonts w:ascii="Times New Roman" w:eastAsia="TimesNewRoman" w:hAnsi="Times New Roman" w:cs="Times New Roman"/>
          <w:color w:val="000000"/>
          <w:sz w:val="24"/>
          <w:lang w:val="ru-RU"/>
        </w:rPr>
        <w:t>_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_____. </w:t>
      </w:r>
    </w:p>
    <w:p w14:paraId="1A10AC37" w14:textId="77777777" w:rsidR="00830571" w:rsidRPr="00F9281A" w:rsidRDefault="00F9281A" w:rsidP="00F9281A">
      <w:pPr>
        <w:tabs>
          <w:tab w:val="left" w:pos="596"/>
        </w:tabs>
        <w:autoSpaceDE w:val="0"/>
        <w:autoSpaceDN w:val="0"/>
        <w:spacing w:before="2" w:after="0" w:line="245" w:lineRule="auto"/>
        <w:ind w:left="534" w:right="535"/>
        <w:rPr>
          <w:rFonts w:ascii="Times New Roman" w:hAnsi="Times New Roman" w:cs="Times New Roman"/>
          <w:lang w:val="ru-RU"/>
        </w:rPr>
      </w:pPr>
      <w:r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                                                </w:t>
      </w:r>
      <w:r w:rsidRPr="00F9281A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(дата) </w:t>
      </w:r>
      <w:r w:rsidRPr="00F9281A">
        <w:rPr>
          <w:rFonts w:ascii="Times New Roman" w:hAnsi="Times New Roman" w:cs="Times New Roman"/>
          <w:lang w:val="ru-RU"/>
        </w:rPr>
        <w:br/>
      </w:r>
      <w:r w:rsidRPr="00F9281A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2. Информация об электротехническом персонале:</w:t>
      </w:r>
      <w:r w:rsidRPr="00F9281A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</w:t>
      </w:r>
    </w:p>
    <w:tbl>
      <w:tblPr>
        <w:tblW w:w="0" w:type="auto"/>
        <w:tblInd w:w="23" w:type="dxa"/>
        <w:tblLayout w:type="fixed"/>
        <w:tblLook w:val="04A0" w:firstRow="1" w:lastRow="0" w:firstColumn="1" w:lastColumn="0" w:noHBand="0" w:noVBand="1"/>
      </w:tblPr>
      <w:tblGrid>
        <w:gridCol w:w="406"/>
        <w:gridCol w:w="2368"/>
        <w:gridCol w:w="2054"/>
        <w:gridCol w:w="2222"/>
        <w:gridCol w:w="2316"/>
      </w:tblGrid>
      <w:tr w:rsidR="00830571" w:rsidRPr="00E67CBB" w14:paraId="45599EF4" w14:textId="77777777" w:rsidTr="00F9281A">
        <w:trPr>
          <w:trHeight w:hRule="exact" w:val="674"/>
        </w:trPr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0CAB7028" w14:textId="77777777" w:rsidR="00830571" w:rsidRPr="003B7E8B" w:rsidRDefault="00F9281A">
            <w:pPr>
              <w:autoSpaceDE w:val="0"/>
              <w:autoSpaceDN w:val="0"/>
              <w:spacing w:before="224"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№ </w:t>
            </w:r>
          </w:p>
        </w:tc>
        <w:tc>
          <w:tcPr>
            <w:tcW w:w="236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27FA6E86" w14:textId="77777777" w:rsidR="00830571" w:rsidRPr="003B7E8B" w:rsidRDefault="00F9281A">
            <w:pPr>
              <w:autoSpaceDE w:val="0"/>
              <w:autoSpaceDN w:val="0"/>
              <w:spacing w:after="0" w:line="245" w:lineRule="auto"/>
              <w:ind w:left="144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Фамилия, собственное имя, отчество </w:t>
            </w:r>
            <w:r w:rsidRPr="003B7E8B">
              <w:rPr>
                <w:rFonts w:ascii="Times New Roman" w:hAnsi="Times New Roman" w:cs="Times New Roman"/>
                <w:lang w:val="ru-RU"/>
              </w:rPr>
              <w:br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(если таковое имеется) 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4D6EC2CD" w14:textId="77777777" w:rsidR="00830571" w:rsidRPr="003B7E8B" w:rsidRDefault="00F9281A">
            <w:pPr>
              <w:autoSpaceDE w:val="0"/>
              <w:autoSpaceDN w:val="0"/>
              <w:spacing w:before="224"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Должность </w:t>
            </w:r>
            <w:r w:rsid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   </w:t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>служащего</w:t>
            </w:r>
          </w:p>
        </w:tc>
        <w:tc>
          <w:tcPr>
            <w:tcW w:w="2222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2D340E30" w14:textId="77777777" w:rsidR="00830571" w:rsidRPr="003B7E8B" w:rsidRDefault="00F9281A">
            <w:pPr>
              <w:autoSpaceDE w:val="0"/>
              <w:autoSpaceDN w:val="0"/>
              <w:spacing w:before="112" w:after="0" w:line="245" w:lineRule="auto"/>
              <w:jc w:val="center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Группа </w:t>
            </w:r>
            <w:r w:rsidRPr="003B7E8B">
              <w:rPr>
                <w:rFonts w:ascii="Times New Roman" w:hAnsi="Times New Roman" w:cs="Times New Roman"/>
              </w:rPr>
              <w:br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>по электробезопасности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41110780" w14:textId="77777777" w:rsidR="00830571" w:rsidRPr="003B7E8B" w:rsidRDefault="00F9281A">
            <w:pPr>
              <w:autoSpaceDE w:val="0"/>
              <w:autoSpaceDN w:val="0"/>
              <w:spacing w:after="0" w:line="245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Дата присвоения </w:t>
            </w:r>
            <w:r w:rsidRPr="003B7E8B">
              <w:rPr>
                <w:rFonts w:ascii="Times New Roman" w:hAnsi="Times New Roman" w:cs="Times New Roman"/>
                <w:lang w:val="ru-RU"/>
              </w:rPr>
              <w:br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>(подтверждения) группы по электробезопасности</w:t>
            </w:r>
          </w:p>
        </w:tc>
      </w:tr>
      <w:tr w:rsidR="00830571" w:rsidRPr="00E67CBB" w14:paraId="1F0C73AF" w14:textId="77777777" w:rsidTr="00F9281A">
        <w:trPr>
          <w:trHeight w:hRule="exact" w:val="284"/>
        </w:trPr>
        <w:tc>
          <w:tcPr>
            <w:tcW w:w="406" w:type="dxa"/>
            <w:tcBorders>
              <w:top w:val="single" w:sz="1" w:space="0" w:color="000000"/>
              <w:left w:val="single" w:sz="2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1A33CE3C" w14:textId="77777777" w:rsidR="00830571" w:rsidRPr="003B7E8B" w:rsidRDefault="00830571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6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507B943C" w14:textId="77777777" w:rsidR="00830571" w:rsidRPr="003B7E8B" w:rsidRDefault="00830571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05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2FF2A3BB" w14:textId="77777777" w:rsidR="00830571" w:rsidRPr="003B7E8B" w:rsidRDefault="00830571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222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0A7FFFEC" w14:textId="77777777" w:rsidR="00830571" w:rsidRPr="003B7E8B" w:rsidRDefault="00830571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1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6B89C30B" w14:textId="77777777" w:rsidR="00830571" w:rsidRPr="003B7E8B" w:rsidRDefault="00830571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0065C9" w:rsidRPr="00E67CBB" w14:paraId="79F85E9B" w14:textId="77777777" w:rsidTr="00F9281A">
        <w:trPr>
          <w:trHeight w:hRule="exact" w:val="281"/>
        </w:trPr>
        <w:tc>
          <w:tcPr>
            <w:tcW w:w="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3BBECFA0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222FF8CE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2568BBD9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3DFB3279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68CC2019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0065C9" w:rsidRPr="00E67CBB" w14:paraId="4252BC5B" w14:textId="77777777" w:rsidTr="00F9281A">
        <w:trPr>
          <w:trHeight w:hRule="exact" w:val="285"/>
        </w:trPr>
        <w:tc>
          <w:tcPr>
            <w:tcW w:w="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4852665B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1C2D8940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19F72E13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3AAF4FDE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7297BDA1" w14:textId="77777777" w:rsidR="000065C9" w:rsidRPr="003B7E8B" w:rsidRDefault="000065C9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14:paraId="7B10B410" w14:textId="77777777" w:rsidR="00830571" w:rsidRPr="003B7E8B" w:rsidRDefault="00830571">
      <w:pPr>
        <w:autoSpaceDE w:val="0"/>
        <w:autoSpaceDN w:val="0"/>
        <w:spacing w:after="70" w:line="220" w:lineRule="exact"/>
        <w:rPr>
          <w:rFonts w:ascii="Times New Roman" w:hAnsi="Times New Roman" w:cs="Times New Roman"/>
          <w:lang w:val="ru-RU"/>
        </w:rPr>
      </w:pPr>
    </w:p>
    <w:p w14:paraId="4AD8D52E" w14:textId="77777777" w:rsidR="00830571" w:rsidRPr="00F9281A" w:rsidRDefault="00F9281A" w:rsidP="00F9281A">
      <w:pPr>
        <w:autoSpaceDE w:val="0"/>
        <w:autoSpaceDN w:val="0"/>
        <w:spacing w:before="162" w:after="0" w:line="230" w:lineRule="auto"/>
        <w:ind w:left="567"/>
        <w:rPr>
          <w:rFonts w:ascii="Times New Roman" w:hAnsi="Times New Roman" w:cs="Times New Roman"/>
          <w:sz w:val="24"/>
          <w:lang w:val="ru-RU"/>
        </w:rPr>
      </w:pPr>
      <w:r w:rsidRPr="00F9281A"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3. Информация о средствах защиты, используемых в электроустановках: </w:t>
      </w:r>
    </w:p>
    <w:tbl>
      <w:tblPr>
        <w:tblW w:w="0" w:type="auto"/>
        <w:tblInd w:w="23" w:type="dxa"/>
        <w:tblLayout w:type="fixed"/>
        <w:tblLook w:val="04A0" w:firstRow="1" w:lastRow="0" w:firstColumn="1" w:lastColumn="0" w:noHBand="0" w:noVBand="1"/>
      </w:tblPr>
      <w:tblGrid>
        <w:gridCol w:w="406"/>
        <w:gridCol w:w="2126"/>
        <w:gridCol w:w="1134"/>
        <w:gridCol w:w="1160"/>
        <w:gridCol w:w="1279"/>
        <w:gridCol w:w="1848"/>
        <w:gridCol w:w="1429"/>
      </w:tblGrid>
      <w:tr w:rsidR="00A316A4" w:rsidRPr="003B7E8B" w14:paraId="700BB4B4" w14:textId="77777777" w:rsidTr="00F9281A">
        <w:trPr>
          <w:trHeight w:hRule="exact" w:val="922"/>
        </w:trPr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B7719DA" w14:textId="77777777" w:rsidR="00F9281A" w:rsidRPr="003B7E8B" w:rsidRDefault="00F9281A" w:rsidP="00F9281A">
            <w:pPr>
              <w:autoSpaceDE w:val="0"/>
              <w:autoSpaceDN w:val="0"/>
              <w:spacing w:before="348" w:after="0" w:line="230" w:lineRule="auto"/>
              <w:jc w:val="center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№ </w:t>
            </w:r>
          </w:p>
          <w:p w14:paraId="2327BFBA" w14:textId="77777777" w:rsidR="00A316A4" w:rsidRPr="00F9281A" w:rsidRDefault="00A316A4" w:rsidP="00A316A4">
            <w:pPr>
              <w:autoSpaceDE w:val="0"/>
              <w:autoSpaceDN w:val="0"/>
              <w:spacing w:before="348" w:after="0" w:line="230" w:lineRule="auto"/>
              <w:jc w:val="center"/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</w:pPr>
          </w:p>
          <w:p w14:paraId="46F2FC0A" w14:textId="77777777" w:rsidR="00A316A4" w:rsidRPr="00F9281A" w:rsidRDefault="00A316A4" w:rsidP="00A316A4">
            <w:pPr>
              <w:autoSpaceDE w:val="0"/>
              <w:autoSpaceDN w:val="0"/>
              <w:spacing w:before="120" w:after="0" w:line="245" w:lineRule="auto"/>
              <w:ind w:left="144"/>
              <w:jc w:val="center"/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</w:pPr>
          </w:p>
          <w:p w14:paraId="72BBF1AF" w14:textId="77777777" w:rsidR="00A316A4" w:rsidRPr="003B7E8B" w:rsidRDefault="00A316A4" w:rsidP="00A316A4">
            <w:pPr>
              <w:autoSpaceDE w:val="0"/>
              <w:autoSpaceDN w:val="0"/>
              <w:spacing w:before="120" w:after="0" w:line="245" w:lineRule="auto"/>
              <w:ind w:left="14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>электрозащитного</w:t>
            </w:r>
            <w:proofErr w:type="spellEnd"/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>средства</w:t>
            </w:r>
            <w:proofErr w:type="spellEnd"/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F33AF8D" w14:textId="77777777" w:rsidR="00A316A4" w:rsidRPr="003B7E8B" w:rsidRDefault="00A316A4" w:rsidP="00F9281A">
            <w:pPr>
              <w:autoSpaceDE w:val="0"/>
              <w:autoSpaceDN w:val="0"/>
              <w:spacing w:before="120" w:after="0" w:line="245" w:lineRule="auto"/>
              <w:jc w:val="center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>Наименование</w:t>
            </w:r>
            <w:r w:rsidR="00F9281A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 электрозащитного средства</w:t>
            </w:r>
            <w:r w:rsidRPr="003B7E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CE27A21" w14:textId="77777777" w:rsidR="00A316A4" w:rsidRPr="003B7E8B" w:rsidRDefault="00A316A4" w:rsidP="00A316A4">
            <w:pPr>
              <w:autoSpaceDE w:val="0"/>
              <w:autoSpaceDN w:val="0"/>
              <w:spacing w:before="348" w:after="0" w:line="230" w:lineRule="auto"/>
              <w:jc w:val="center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Количество 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</w:tcPr>
          <w:p w14:paraId="47742FE3" w14:textId="77777777" w:rsidR="00A316A4" w:rsidRPr="003B7E8B" w:rsidRDefault="00A316A4" w:rsidP="00A316A4">
            <w:pPr>
              <w:autoSpaceDE w:val="0"/>
              <w:autoSpaceDN w:val="0"/>
              <w:spacing w:before="120" w:after="0" w:line="245" w:lineRule="auto"/>
              <w:ind w:left="144"/>
              <w:jc w:val="center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Дата </w:t>
            </w:r>
            <w:r w:rsidRPr="003B7E8B">
              <w:rPr>
                <w:rFonts w:ascii="Times New Roman" w:hAnsi="Times New Roman" w:cs="Times New Roman"/>
              </w:rPr>
              <w:br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испытания, проверки 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4F5DE085" w14:textId="77777777" w:rsidR="00A316A4" w:rsidRPr="003B7E8B" w:rsidRDefault="00A316A4" w:rsidP="00A316A4">
            <w:pPr>
              <w:autoSpaceDE w:val="0"/>
              <w:autoSpaceDN w:val="0"/>
              <w:spacing w:before="4" w:after="0" w:line="245" w:lineRule="auto"/>
              <w:ind w:left="144"/>
              <w:jc w:val="center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Номер </w:t>
            </w:r>
            <w:r w:rsidRPr="003B7E8B">
              <w:rPr>
                <w:rFonts w:ascii="Times New Roman" w:hAnsi="Times New Roman" w:cs="Times New Roman"/>
              </w:rPr>
              <w:br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протокола проверки, испытания 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</w:tcPr>
          <w:p w14:paraId="5F7B2BFA" w14:textId="77777777" w:rsidR="00A316A4" w:rsidRPr="003B7E8B" w:rsidRDefault="00A316A4" w:rsidP="00A316A4">
            <w:pPr>
              <w:autoSpaceDE w:val="0"/>
              <w:autoSpaceDN w:val="0"/>
              <w:spacing w:before="4" w:after="0" w:line="245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Наименование </w:t>
            </w:r>
            <w:r w:rsidRPr="003B7E8B">
              <w:rPr>
                <w:rFonts w:ascii="Times New Roman" w:hAnsi="Times New Roman" w:cs="Times New Roman"/>
                <w:lang w:val="ru-RU"/>
              </w:rPr>
              <w:br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лаборатории, </w:t>
            </w:r>
            <w:r w:rsidRPr="003B7E8B">
              <w:rPr>
                <w:rFonts w:ascii="Times New Roman" w:hAnsi="Times New Roman" w:cs="Times New Roman"/>
                <w:lang w:val="ru-RU"/>
              </w:rPr>
              <w:br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проводившей </w:t>
            </w:r>
            <w:r w:rsidRPr="003B7E8B">
              <w:rPr>
                <w:rFonts w:ascii="Times New Roman" w:hAnsi="Times New Roman" w:cs="Times New Roman"/>
                <w:lang w:val="ru-RU"/>
              </w:rPr>
              <w:br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  <w:lang w:val="ru-RU"/>
              </w:rPr>
              <w:t xml:space="preserve">проверку, испытания </w:t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1352F19C" w14:textId="77777777" w:rsidR="00A316A4" w:rsidRPr="003B7E8B" w:rsidRDefault="00A316A4" w:rsidP="00A316A4">
            <w:pPr>
              <w:tabs>
                <w:tab w:val="left" w:pos="206"/>
              </w:tabs>
              <w:autoSpaceDE w:val="0"/>
              <w:autoSpaceDN w:val="0"/>
              <w:spacing w:before="348" w:after="0" w:line="295" w:lineRule="auto"/>
              <w:rPr>
                <w:rFonts w:ascii="Times New Roman" w:hAnsi="Times New Roman" w:cs="Times New Roman"/>
              </w:rPr>
            </w:pPr>
            <w:r w:rsidRPr="003B7E8B">
              <w:rPr>
                <w:rFonts w:ascii="Times New Roman" w:hAnsi="Times New Roman" w:cs="Times New Roman"/>
                <w:lang w:val="ru-RU"/>
              </w:rPr>
              <w:tab/>
            </w:r>
            <w:r w:rsidRPr="003B7E8B">
              <w:rPr>
                <w:rFonts w:ascii="Times New Roman" w:eastAsia="TimesNewRoman" w:hAnsi="Times New Roman" w:cs="Times New Roman"/>
                <w:color w:val="000000"/>
                <w:sz w:val="20"/>
              </w:rPr>
              <w:t xml:space="preserve">Примечание  </w:t>
            </w:r>
          </w:p>
        </w:tc>
      </w:tr>
      <w:tr w:rsidR="00A316A4" w:rsidRPr="003B7E8B" w14:paraId="275436B6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38"/>
        </w:trPr>
        <w:tc>
          <w:tcPr>
            <w:tcW w:w="406" w:type="dxa"/>
          </w:tcPr>
          <w:p w14:paraId="0C203EBA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4C13173F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136FB623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FAB25EC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23DA93F8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136B64A4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1A00AF5D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9281A" w:rsidRPr="003B7E8B" w14:paraId="4441CF59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1"/>
        </w:trPr>
        <w:tc>
          <w:tcPr>
            <w:tcW w:w="406" w:type="dxa"/>
          </w:tcPr>
          <w:p w14:paraId="64C3B93C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43A619D3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56398420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778E9C9C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351AF679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666E45B7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2F755B71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9281A" w:rsidRPr="003B7E8B" w14:paraId="47C3449A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8"/>
        </w:trPr>
        <w:tc>
          <w:tcPr>
            <w:tcW w:w="406" w:type="dxa"/>
          </w:tcPr>
          <w:p w14:paraId="2BBC663F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75AB3B5A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4510DBF0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2D263ED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4C50377D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3C6D9FAF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5493DE48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9281A" w:rsidRPr="003B7E8B" w14:paraId="16D1D45B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406" w:type="dxa"/>
          </w:tcPr>
          <w:p w14:paraId="292B969F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083E20F7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528356FB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13ACBE51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650DE8D0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61A96706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3AE24DDC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9281A" w:rsidRPr="003B7E8B" w14:paraId="70DA8AF6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5"/>
        </w:trPr>
        <w:tc>
          <w:tcPr>
            <w:tcW w:w="406" w:type="dxa"/>
          </w:tcPr>
          <w:p w14:paraId="0ACC5BF6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5CF0A8FC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178FA35E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7C7AFC20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1527538F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20BD5936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1B14324E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9281A" w:rsidRPr="003B7E8B" w14:paraId="31F7A833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30"/>
        </w:trPr>
        <w:tc>
          <w:tcPr>
            <w:tcW w:w="406" w:type="dxa"/>
          </w:tcPr>
          <w:p w14:paraId="0B11FB27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4BDCBD57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6E5898F4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57F0CD7D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4C081032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6C623B8F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0F93BE49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9281A" w:rsidRPr="003B7E8B" w14:paraId="042D561E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30"/>
        </w:trPr>
        <w:tc>
          <w:tcPr>
            <w:tcW w:w="406" w:type="dxa"/>
          </w:tcPr>
          <w:p w14:paraId="04FC706B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63715BB6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0ED840B8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19378007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01375454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42AACE71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2DBE9A2C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9281A" w:rsidRPr="003B7E8B" w14:paraId="31C34F32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1"/>
        </w:trPr>
        <w:tc>
          <w:tcPr>
            <w:tcW w:w="406" w:type="dxa"/>
          </w:tcPr>
          <w:p w14:paraId="5A4D5EFD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6542028C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3068B19E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B72BE6F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3C007F77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7A26DB95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3FC2DDC9" w14:textId="77777777" w:rsidR="00F9281A" w:rsidRPr="003B7E8B" w:rsidRDefault="00F9281A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316A4" w:rsidRPr="003B7E8B" w14:paraId="737C97CB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2CC20F93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2BDC4F26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3DD528FD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59256FD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4A200306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4920D239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0B2DB4C5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5517FBF4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4B13FB4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589ACF5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4612326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43253AF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0653040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39CD1C5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0CC3F84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23D43BB4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1429A2C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1C56455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34AE27E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183D2C2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7DD36AD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32B7C84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4F8B088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33BBFC52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2003357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3627F91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368BCAC9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2BEF5C49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18B4192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50352B8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22D3D5C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289660EA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4DCB99E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16DBEAA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0DC65AF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0D9D96F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71B47F2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347DFE3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608D522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2BFBC20D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2C10BF4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19880C6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1351531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1ED7A9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7E85AA0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68D8DC4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62888FA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2B85524A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7450320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439C376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5B06EDE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3E144D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641B572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07EB6BF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6D9941F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597A014F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34B2B08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462B2E7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01A27C0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517BCDA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158CC48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545D2E7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15CC4B8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126D005A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3891254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33506FC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2FDE2F9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79D39F9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469D925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2603AF1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76616BA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0C814C69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406" w:type="dxa"/>
          </w:tcPr>
          <w:p w14:paraId="7AB3463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4A98F3A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68C7774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4737A81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3D37AD1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1BF8B43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2F2729F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316A4" w:rsidRPr="003B7E8B" w14:paraId="69E9B496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0DD849B9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3D91052A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7F7FF69E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6B250DD9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079120D1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65A4A374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781F7573" w14:textId="77777777" w:rsidR="00A316A4" w:rsidRPr="003B7E8B" w:rsidRDefault="00A316A4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6BB3B0D1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09C2335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bookmarkStart w:id="0" w:name="_GoBack"/>
          </w:p>
        </w:tc>
        <w:tc>
          <w:tcPr>
            <w:tcW w:w="2126" w:type="dxa"/>
          </w:tcPr>
          <w:p w14:paraId="7A3968A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07719249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2B05C17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16DC3FB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1A83F8A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53E74E4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22C7E8CF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679341C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174E5E7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348A841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40F9910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413CFE3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5BF0C9C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3F79128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7D9816C5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6A3B100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76E3040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7E1D994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508EA0B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0AB7AD6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4383E8A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3680931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3CACB08B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4EAE8AF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1915E1E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778808E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8CB33C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668F393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1F936CA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75BBB21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17E896EB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47FD8C5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64FE39F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080216A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532B529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400D445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5803F91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2B77399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4783949F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50F2790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011A029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5DE16CA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2C117BA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35C0FA0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4744A1E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2F04001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6ADBA330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1DE968B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1E61E20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2C2837C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1DF17B7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541AE68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270A1EB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4A48EDE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1EFB50B3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0710545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1880304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08C9B14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CA27FD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410FBB9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139C713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73AF166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7AED0C61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2A53B06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67A437C9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21FD135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04DB5A4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6E232AA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5629740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0F56404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45A35623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7300D999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02A8C63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1FC9A4D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15C4C889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394DFBB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7FBFAF4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77B3BE9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374E73DE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262C47D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0BCDF09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769445C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14674A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76F5364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383124C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505DBDF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01F94757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57BFE72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7812FB3C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0B3D1E9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42CC439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314956B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65915F8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150BD50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40B8F2B8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5332927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562AED5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47DF7C2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63AB507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3E3BC79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1663DEB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1062FE0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3BEF70FC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124446F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6062A46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4349F23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06DEDA7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2E6ED11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6C57D6A9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00D30EE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1A9B4683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6BCE4EC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64B249A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26C00EE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3108136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1DDD105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44C89CB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5F31F54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3933C1BC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51ECDF6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0742C3F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27649CE5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59E3BF9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1139680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6259D260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2AE89F4B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355FC00B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119C19B3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2C9297A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0ED1DC22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23F6C9B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4DA612C7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772B423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5197533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73998470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35572AC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6C110AC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64D66E9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115EA1CE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76721FB8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1337C56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5D9D38D1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7CBB" w:rsidRPr="003B7E8B" w14:paraId="1ACEE178" w14:textId="77777777" w:rsidTr="00F928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406" w:type="dxa"/>
          </w:tcPr>
          <w:p w14:paraId="637AA6B6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735A6EDA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</w:tcPr>
          <w:p w14:paraId="6F5BA01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60" w:type="dxa"/>
          </w:tcPr>
          <w:p w14:paraId="291ABA1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9" w:type="dxa"/>
          </w:tcPr>
          <w:p w14:paraId="01614BA4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48" w:type="dxa"/>
          </w:tcPr>
          <w:p w14:paraId="0C9F72CD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29" w:type="dxa"/>
          </w:tcPr>
          <w:p w14:paraId="5C03D9FF" w14:textId="77777777" w:rsidR="00E67CBB" w:rsidRPr="003B7E8B" w:rsidRDefault="00E67CBB" w:rsidP="00A316A4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bookmarkEnd w:id="0"/>
    </w:tbl>
    <w:p w14:paraId="45C1C96A" w14:textId="77777777" w:rsidR="00F9281A" w:rsidRPr="00F9281A" w:rsidRDefault="00F9281A" w:rsidP="00F9281A">
      <w:pPr>
        <w:tabs>
          <w:tab w:val="left" w:pos="596"/>
          <w:tab w:val="left" w:pos="1710"/>
          <w:tab w:val="left" w:pos="4938"/>
        </w:tabs>
        <w:autoSpaceDE w:val="0"/>
        <w:autoSpaceDN w:val="0"/>
        <w:spacing w:after="0" w:line="245" w:lineRule="auto"/>
        <w:ind w:left="30"/>
        <w:rPr>
          <w:rFonts w:ascii="Times New Roman" w:eastAsia="TimesNewRoman" w:hAnsi="Times New Roman" w:cs="Times New Roman"/>
          <w:color w:val="000000"/>
          <w:sz w:val="16"/>
          <w:lang w:val="ru-RU"/>
        </w:rPr>
      </w:pPr>
    </w:p>
    <w:p w14:paraId="3658C911" w14:textId="77777777" w:rsidR="00830571" w:rsidRPr="003B7E8B" w:rsidRDefault="00F9281A" w:rsidP="00F9281A">
      <w:pPr>
        <w:tabs>
          <w:tab w:val="left" w:pos="596"/>
          <w:tab w:val="left" w:pos="1710"/>
          <w:tab w:val="left" w:pos="4938"/>
        </w:tabs>
        <w:autoSpaceDE w:val="0"/>
        <w:autoSpaceDN w:val="0"/>
        <w:spacing w:after="0" w:line="245" w:lineRule="auto"/>
        <w:ind w:left="30" w:firstLine="537"/>
        <w:rPr>
          <w:rFonts w:ascii="Times New Roman" w:hAnsi="Times New Roman" w:cs="Times New Roman"/>
          <w:lang w:val="ru-RU"/>
        </w:rPr>
      </w:pP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4. Договор заключен с 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___________________________________________________ </w:t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(наименование организации, </w:t>
      </w:r>
      <w:r w:rsidRPr="003B7E8B">
        <w:rPr>
          <w:rFonts w:ascii="Times New Roman" w:hAnsi="Times New Roman" w:cs="Times New Roman"/>
          <w:lang w:val="ru-RU"/>
        </w:rPr>
        <w:br/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____________________________</w:t>
      </w:r>
      <w:r>
        <w:rPr>
          <w:rFonts w:ascii="Times New Roman" w:eastAsia="TimesNewRoman" w:hAnsi="Times New Roman" w:cs="Times New Roman"/>
          <w:color w:val="000000"/>
          <w:sz w:val="24"/>
          <w:lang w:val="ru-RU"/>
        </w:rPr>
        <w:t>_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_________________________________________________ </w:t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hAnsi="Times New Roman" w:cs="Times New Roman"/>
          <w:lang w:val="ru-RU"/>
        </w:rPr>
        <w:tab/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индивидуального предпринимателя, уникальный номер плательщика) </w:t>
      </w:r>
      <w:r w:rsidRPr="003B7E8B">
        <w:rPr>
          <w:rFonts w:ascii="Times New Roman" w:hAnsi="Times New Roman" w:cs="Times New Roman"/>
          <w:lang w:val="ru-RU"/>
        </w:rPr>
        <w:br/>
      </w:r>
      <w:r w:rsidRPr="003B7E8B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от __</w:t>
      </w:r>
      <w:r w:rsidR="003B7E8B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_</w:t>
      </w:r>
      <w:r w:rsidRPr="003B7E8B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_ __</w:t>
      </w:r>
      <w:r w:rsidR="003B7E8B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____</w:t>
      </w:r>
      <w:r w:rsidRPr="003B7E8B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_________ 20___ г. № _</w:t>
      </w:r>
      <w:r w:rsidR="003B7E8B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_</w:t>
      </w:r>
      <w:r w:rsidRPr="003B7E8B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____</w:t>
      </w:r>
      <w:r w:rsidRPr="003B7E8B">
        <w:rPr>
          <w:rFonts w:ascii="Times New Roman" w:eastAsia="TimesNewRoman" w:hAnsi="Times New Roman" w:cs="Times New Roman"/>
          <w:color w:val="000000"/>
          <w:sz w:val="28"/>
          <w:szCs w:val="28"/>
          <w:vertAlign w:val="superscript"/>
          <w:lang w:val="ru-RU"/>
        </w:rPr>
        <w:t>2</w:t>
      </w:r>
      <w:r w:rsidRPr="003B7E8B">
        <w:rPr>
          <w:rFonts w:ascii="Times New Roman" w:eastAsia="TimesNewRoman" w:hAnsi="Times New Roman" w:cs="Times New Roman"/>
          <w:color w:val="000000"/>
          <w:sz w:val="28"/>
          <w:szCs w:val="28"/>
          <w:lang w:val="ru-RU"/>
        </w:rPr>
        <w:t>.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</w:t>
      </w:r>
    </w:p>
    <w:p w14:paraId="072657B0" w14:textId="77777777" w:rsidR="00830571" w:rsidRPr="003B7E8B" w:rsidRDefault="00F9281A" w:rsidP="00F9281A">
      <w:pPr>
        <w:autoSpaceDE w:val="0"/>
        <w:autoSpaceDN w:val="0"/>
        <w:spacing w:before="10" w:after="0" w:line="230" w:lineRule="auto"/>
        <w:ind w:firstLine="567"/>
        <w:rPr>
          <w:rFonts w:ascii="Times New Roman" w:hAnsi="Times New Roman" w:cs="Times New Roman"/>
          <w:sz w:val="24"/>
          <w:lang w:val="ru-RU"/>
        </w:rPr>
      </w:pP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>5. Срок действия ________</w:t>
      </w:r>
      <w:r w:rsid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>_______</w:t>
      </w:r>
      <w:r w:rsidRPr="003B7E8B"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____________________. </w:t>
      </w:r>
    </w:p>
    <w:p w14:paraId="64FEAB7D" w14:textId="77777777" w:rsidR="00830571" w:rsidRPr="003B7E8B" w:rsidRDefault="00F9281A" w:rsidP="00F9281A">
      <w:pPr>
        <w:autoSpaceDE w:val="0"/>
        <w:autoSpaceDN w:val="0"/>
        <w:spacing w:after="520" w:line="228" w:lineRule="auto"/>
        <w:ind w:right="3754"/>
        <w:jc w:val="right"/>
        <w:rPr>
          <w:rFonts w:ascii="Times New Roman" w:hAnsi="Times New Roman" w:cs="Times New Roman"/>
          <w:lang w:val="ru-RU"/>
        </w:rPr>
      </w:pP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(дата окончания действия договора) </w:t>
      </w:r>
    </w:p>
    <w:p w14:paraId="1905CF3A" w14:textId="77777777" w:rsidR="003B7E8B" w:rsidRDefault="003B7E8B" w:rsidP="00F9281A">
      <w:pPr>
        <w:autoSpaceDE w:val="0"/>
        <w:autoSpaceDN w:val="0"/>
        <w:spacing w:after="0" w:line="230" w:lineRule="auto"/>
        <w:ind w:left="30"/>
        <w:rPr>
          <w:rFonts w:ascii="Times New Roman" w:eastAsia="TimesNewRoman" w:hAnsi="Times New Roman" w:cs="Times New Roman"/>
          <w:color w:val="000000"/>
          <w:sz w:val="24"/>
          <w:lang w:val="ru-RU"/>
        </w:rPr>
      </w:pPr>
      <w:r>
        <w:rPr>
          <w:rFonts w:ascii="Times New Roman" w:eastAsia="TimesNewRoman" w:hAnsi="Times New Roman" w:cs="Times New Roman"/>
          <w:color w:val="000000"/>
          <w:sz w:val="24"/>
          <w:lang w:val="ru-RU"/>
        </w:rPr>
        <w:t>_____________________________         ______________           _________________________</w:t>
      </w:r>
    </w:p>
    <w:p w14:paraId="0EEB9E5E" w14:textId="77777777" w:rsidR="003B7E8B" w:rsidRDefault="003B7E8B" w:rsidP="003B7E8B">
      <w:pPr>
        <w:autoSpaceDE w:val="0"/>
        <w:autoSpaceDN w:val="0"/>
        <w:spacing w:after="0" w:line="230" w:lineRule="auto"/>
        <w:ind w:left="30"/>
        <w:rPr>
          <w:rFonts w:ascii="Times New Roman" w:eastAsia="TimesNewRoman" w:hAnsi="Times New Roman" w:cs="Times New Roman"/>
          <w:color w:val="000000"/>
          <w:sz w:val="24"/>
          <w:lang w:val="ru-RU"/>
        </w:rPr>
      </w:pPr>
      <w:r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  </w:t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>(уполномоченное должностное лицо)</w:t>
      </w:r>
      <w:r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                      </w:t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>(подпись)</w:t>
      </w:r>
      <w:r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                                   </w:t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>(инициалы, фамилия)</w:t>
      </w:r>
    </w:p>
    <w:p w14:paraId="00273BC4" w14:textId="77777777" w:rsidR="00830571" w:rsidRPr="003B7E8B" w:rsidRDefault="00F9281A">
      <w:pPr>
        <w:autoSpaceDE w:val="0"/>
        <w:autoSpaceDN w:val="0"/>
        <w:spacing w:before="232" w:after="0" w:line="230" w:lineRule="auto"/>
        <w:ind w:left="30"/>
        <w:rPr>
          <w:rFonts w:ascii="Times New Roman" w:hAnsi="Times New Roman" w:cs="Times New Roman"/>
          <w:lang w:val="ru-RU"/>
        </w:rPr>
      </w:pP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</w:t>
      </w:r>
      <w:r>
        <w:rPr>
          <w:rFonts w:ascii="Times New Roman" w:eastAsia="TimesNewRoman" w:hAnsi="Times New Roman" w:cs="Times New Roman"/>
          <w:color w:val="000000"/>
          <w:sz w:val="24"/>
          <w:lang w:val="ru-RU"/>
        </w:rPr>
        <w:t>__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>__</w:t>
      </w:r>
      <w:r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 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 ____</w:t>
      </w:r>
      <w:r>
        <w:rPr>
          <w:rFonts w:ascii="Times New Roman" w:eastAsia="TimesNewRoman" w:hAnsi="Times New Roman" w:cs="Times New Roman"/>
          <w:color w:val="000000"/>
          <w:sz w:val="24"/>
          <w:lang w:val="ru-RU"/>
        </w:rPr>
        <w:t>____</w:t>
      </w:r>
      <w:r w:rsidRPr="003B7E8B">
        <w:rPr>
          <w:rFonts w:ascii="Times New Roman" w:eastAsia="TimesNewRoman" w:hAnsi="Times New Roman" w:cs="Times New Roman"/>
          <w:color w:val="000000"/>
          <w:sz w:val="24"/>
          <w:lang w:val="ru-RU"/>
        </w:rPr>
        <w:t xml:space="preserve">________ </w:t>
      </w:r>
      <w:r w:rsidRPr="00F9281A">
        <w:rPr>
          <w:rFonts w:ascii="Times New Roman" w:eastAsia="TimesNewRoman" w:hAnsi="Times New Roman" w:cs="Times New Roman"/>
          <w:color w:val="000000"/>
          <w:sz w:val="28"/>
          <w:lang w:val="ru-RU"/>
        </w:rPr>
        <w:t xml:space="preserve">20___ г. </w:t>
      </w:r>
    </w:p>
    <w:p w14:paraId="7C2C89D8" w14:textId="77777777" w:rsidR="00830571" w:rsidRPr="003B7E8B" w:rsidRDefault="00F9281A">
      <w:pPr>
        <w:tabs>
          <w:tab w:val="left" w:pos="596"/>
        </w:tabs>
        <w:autoSpaceDE w:val="0"/>
        <w:autoSpaceDN w:val="0"/>
        <w:spacing w:before="286" w:after="0" w:line="245" w:lineRule="auto"/>
        <w:ind w:left="30" w:right="5472"/>
        <w:rPr>
          <w:rFonts w:ascii="Times New Roman" w:hAnsi="Times New Roman" w:cs="Times New Roman"/>
          <w:lang w:val="ru-RU"/>
        </w:rPr>
      </w:pP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______________________________ </w:t>
      </w:r>
      <w:r w:rsidRPr="003B7E8B">
        <w:rPr>
          <w:rFonts w:ascii="Times New Roman" w:hAnsi="Times New Roman" w:cs="Times New Roman"/>
          <w:lang w:val="ru-RU"/>
        </w:rPr>
        <w:br/>
      </w:r>
      <w:r w:rsidRPr="003B7E8B">
        <w:rPr>
          <w:rFonts w:ascii="Times New Roman" w:eastAsia="TimesNewRoman" w:hAnsi="Times New Roman" w:cs="Times New Roman"/>
          <w:color w:val="000000"/>
          <w:sz w:val="13"/>
          <w:lang w:val="ru-RU"/>
        </w:rPr>
        <w:t xml:space="preserve">1 </w:t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 xml:space="preserve">Оформляется на бланке организации. </w:t>
      </w:r>
    </w:p>
    <w:p w14:paraId="53B113C9" w14:textId="77777777" w:rsidR="003B7E8B" w:rsidRDefault="00F9281A">
      <w:pPr>
        <w:tabs>
          <w:tab w:val="left" w:pos="596"/>
        </w:tabs>
        <w:autoSpaceDE w:val="0"/>
        <w:autoSpaceDN w:val="0"/>
        <w:spacing w:before="2" w:after="0" w:line="245" w:lineRule="auto"/>
        <w:ind w:left="30"/>
        <w:rPr>
          <w:rFonts w:ascii="Times New Roman" w:eastAsia="TimesNewRoman" w:hAnsi="Times New Roman" w:cs="Times New Roman"/>
          <w:color w:val="000000"/>
          <w:sz w:val="20"/>
          <w:lang w:val="ru-RU"/>
        </w:rPr>
      </w:pPr>
      <w:r w:rsidRPr="003B7E8B">
        <w:rPr>
          <w:rFonts w:ascii="Times New Roman" w:eastAsia="TimesNewRoman" w:hAnsi="Times New Roman" w:cs="Times New Roman"/>
          <w:color w:val="000000"/>
          <w:sz w:val="13"/>
          <w:lang w:val="ru-RU"/>
        </w:rPr>
        <w:t xml:space="preserve">2 </w:t>
      </w:r>
      <w:r w:rsidRPr="003B7E8B">
        <w:rPr>
          <w:rFonts w:ascii="Times New Roman" w:eastAsia="TimesNewRoman" w:hAnsi="Times New Roman" w:cs="Times New Roman"/>
          <w:color w:val="000000"/>
          <w:sz w:val="20"/>
          <w:lang w:val="ru-RU"/>
        </w:rPr>
        <w:t>Заполняется при заключении договора со сторонней организацией, осуществляющей работы по оперативному и (или) техническому обслуживанию (ремонту) электроустановок.</w:t>
      </w:r>
    </w:p>
    <w:p w14:paraId="4B50F909" w14:textId="77777777" w:rsidR="00830571" w:rsidRPr="003B7E8B" w:rsidRDefault="00830571" w:rsidP="00F9281A">
      <w:pPr>
        <w:tabs>
          <w:tab w:val="left" w:pos="596"/>
        </w:tabs>
        <w:autoSpaceDE w:val="0"/>
        <w:autoSpaceDN w:val="0"/>
        <w:spacing w:before="2" w:after="0" w:line="245" w:lineRule="auto"/>
        <w:rPr>
          <w:rFonts w:ascii="Times New Roman" w:hAnsi="Times New Roman" w:cs="Times New Roman"/>
          <w:lang w:val="ru-RU"/>
        </w:rPr>
      </w:pPr>
    </w:p>
    <w:sectPr w:rsidR="00830571" w:rsidRPr="003B7E8B" w:rsidSect="00F9281A">
      <w:pgSz w:w="11904" w:h="16840"/>
      <w:pgMar w:top="288" w:right="1050" w:bottom="286" w:left="13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5C9"/>
    <w:rsid w:val="00034616"/>
    <w:rsid w:val="0006063C"/>
    <w:rsid w:val="0015074B"/>
    <w:rsid w:val="0029639D"/>
    <w:rsid w:val="00326F90"/>
    <w:rsid w:val="003B7E8B"/>
    <w:rsid w:val="00830571"/>
    <w:rsid w:val="00A316A4"/>
    <w:rsid w:val="00AA1D8D"/>
    <w:rsid w:val="00B47730"/>
    <w:rsid w:val="00CB0664"/>
    <w:rsid w:val="00E67CBB"/>
    <w:rsid w:val="00F928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28B7DF"/>
  <w14:defaultImageDpi w14:val="300"/>
  <w15:docId w15:val="{BCF29033-FCE1-4257-9155-7DBA31CD0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2D12272-BFB2-4E85-8C7B-B456FDD8E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Пашкевич Андрей Викторович</cp:lastModifiedBy>
  <cp:revision>4</cp:revision>
  <cp:lastPrinted>2026-05-04T13:08:00Z</cp:lastPrinted>
  <dcterms:created xsi:type="dcterms:W3CDTF">2013-12-23T23:15:00Z</dcterms:created>
  <dcterms:modified xsi:type="dcterms:W3CDTF">2026-05-04T13:42:00Z</dcterms:modified>
  <cp:category/>
</cp:coreProperties>
</file>